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rFonts w:ascii="Microsoft YaHei" w:hAnsi="Microsoft YaHei" w:eastAsia="Microsoft YaHei"/>
        </w:rPr>
        <w:t>《信息系统分析与设计》职业与资格速查表</w:t>
      </w:r>
    </w:p>
    <w:p>
      <w:r>
        <w:rPr>
          <w:rFonts w:ascii="Microsoft YaHei" w:hAnsi="Microsoft YaHei" w:eastAsia="Microsoft YaHei"/>
          <w:i/>
          <w:sz w:val="19"/>
        </w:rPr>
        <w:t>配套数字教材 · 信息资源管理专业大二 · 智能体/低代码（Coze）主线</w:t>
      </w:r>
    </w:p>
    <w:p>
      <w:r>
        <w:t>本表把与课程最相关的国家职业（岗位）与职业资格（认证）并列，构成“岗位—认证”双视图：「职业地图」回答“学完能做什么岗位”，「资格速查」回答“该考什么证」，「薪资参考」提供市场薪酬与缺口数据。</w:t>
      </w:r>
    </w:p>
    <w:p>
      <w:pPr>
        <w:pStyle w:val="Heading1"/>
      </w:pPr>
      <w:r>
        <w:rPr>
          <w:rFonts w:ascii="Microsoft YaHei" w:hAnsi="Microsoft YaHei" w:eastAsia="Microsoft YaHei"/>
        </w:rPr>
        <w:t>一、职业地图（37 项 ·《国家职业分类大典（2022）》及 2024/2025 新增）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1474"/>
          </w:tcPr>
          <w:p>
            <w:r/>
            <w:r>
              <w:rPr>
                <w:rFonts w:ascii="Microsoft YaHei" w:hAnsi="Microsoft YaHei" w:eastAsia="Microsoft YaHei"/>
                <w:b/>
                <w:sz w:val="19"/>
              </w:rPr>
              <w:t>职业编码</w:t>
            </w:r>
          </w:p>
        </w:tc>
        <w:tc>
          <w:tcPr>
            <w:tcW w:type="dxa" w:w="2608"/>
          </w:tcPr>
          <w:p>
            <w:r/>
            <w:r>
              <w:rPr>
                <w:rFonts w:ascii="Microsoft YaHei" w:hAnsi="Microsoft YaHei" w:eastAsia="Microsoft YaHei"/>
                <w:b/>
                <w:sz w:val="19"/>
              </w:rPr>
              <w:t>职业名称</w:t>
            </w:r>
          </w:p>
        </w:tc>
        <w:tc>
          <w:tcPr>
            <w:tcW w:type="dxa" w:w="1701"/>
          </w:tcPr>
          <w:p>
            <w:r/>
            <w:r>
              <w:rPr>
                <w:rFonts w:ascii="Microsoft YaHei" w:hAnsi="Microsoft YaHei" w:eastAsia="Microsoft YaHei"/>
                <w:b/>
                <w:sz w:val="19"/>
              </w:rPr>
              <w:t>类别</w:t>
            </w:r>
          </w:p>
        </w:tc>
        <w:tc>
          <w:tcPr>
            <w:tcW w:type="dxa" w:w="3402"/>
          </w:tcPr>
          <w:p>
            <w:r/>
            <w:r>
              <w:rPr>
                <w:rFonts w:ascii="Microsoft YaHei" w:hAnsi="Microsoft YaHei" w:eastAsia="Microsoft YaHei"/>
                <w:b/>
                <w:sz w:val="19"/>
              </w:rPr>
              <w:t>与课程对应关系</w:t>
            </w:r>
          </w:p>
        </w:tc>
      </w:tr>
      <w:tr>
        <w:tc>
          <w:tcPr>
            <w:tcW w:type="dxa" w:w="1474"/>
          </w:tcPr>
          <w:p>
            <w:r/>
            <w:r>
              <w:rPr>
                <w:rFonts w:ascii="Microsoft YaHei" w:hAnsi="Microsoft YaHei" w:eastAsia="Microsoft YaHei"/>
                <w:sz w:val="19"/>
              </w:rPr>
              <w:t>2-02-10-03</w:t>
            </w:r>
          </w:p>
        </w:tc>
        <w:tc>
          <w:tcPr>
            <w:tcW w:type="dxa" w:w="2608"/>
          </w:tcPr>
          <w:p>
            <w:r/>
            <w:r>
              <w:rPr>
                <w:rFonts w:ascii="Microsoft YaHei" w:hAnsi="Microsoft YaHei" w:eastAsia="Microsoft YaHei"/>
                <w:sz w:val="19"/>
              </w:rPr>
              <w:t>计算机软件工程技术人员</w:t>
            </w:r>
          </w:p>
        </w:tc>
        <w:tc>
          <w:tcPr>
            <w:tcW w:type="dxa" w:w="1701"/>
          </w:tcPr>
          <w:p>
            <w:r/>
            <w:r>
              <w:rPr>
                <w:rFonts w:ascii="Microsoft YaHei" w:hAnsi="Microsoft YaHei" w:eastAsia="Microsoft YaHei"/>
                <w:sz w:val="19"/>
              </w:rPr>
              <w:t>专业技术人员</w:t>
            </w:r>
          </w:p>
        </w:tc>
        <w:tc>
          <w:tcPr>
            <w:tcW w:type="dxa" w:w="3402"/>
          </w:tcPr>
          <w:p>
            <w:r/>
            <w:r>
              <w:rPr>
                <w:rFonts w:ascii="Microsoft YaHei" w:hAnsi="Microsoft YaHei" w:eastAsia="Microsoft YaHei"/>
                <w:sz w:val="19"/>
              </w:rPr>
              <w:t>系统开发实现（第4/8章）</w:t>
            </w:r>
          </w:p>
        </w:tc>
      </w:tr>
      <w:tr>
        <w:tc>
          <w:tcPr>
            <w:tcW w:type="dxa" w:w="1474"/>
          </w:tcPr>
          <w:p>
            <w:r/>
            <w:r>
              <w:rPr>
                <w:rFonts w:ascii="Microsoft YaHei" w:hAnsi="Microsoft YaHei" w:eastAsia="Microsoft YaHei"/>
                <w:sz w:val="19"/>
              </w:rPr>
              <w:t>2-02-10-04</w:t>
            </w:r>
          </w:p>
        </w:tc>
        <w:tc>
          <w:tcPr>
            <w:tcW w:type="dxa" w:w="2608"/>
          </w:tcPr>
          <w:p>
            <w:r/>
            <w:r>
              <w:rPr>
                <w:rFonts w:ascii="Microsoft YaHei" w:hAnsi="Microsoft YaHei" w:eastAsia="Microsoft YaHei"/>
                <w:sz w:val="19"/>
              </w:rPr>
              <w:t>计算机网络工程技术人员</w:t>
            </w:r>
          </w:p>
        </w:tc>
        <w:tc>
          <w:tcPr>
            <w:tcW w:type="dxa" w:w="1701"/>
          </w:tcPr>
          <w:p>
            <w:r/>
            <w:r>
              <w:rPr>
                <w:rFonts w:ascii="Microsoft YaHei" w:hAnsi="Microsoft YaHei" w:eastAsia="Microsoft YaHei"/>
                <w:sz w:val="19"/>
              </w:rPr>
              <w:t>专业技术人员</w:t>
            </w:r>
          </w:p>
        </w:tc>
        <w:tc>
          <w:tcPr>
            <w:tcW w:type="dxa" w:w="3402"/>
          </w:tcPr>
          <w:p>
            <w:r/>
            <w:r>
              <w:rPr>
                <w:rFonts w:ascii="Microsoft YaHei" w:hAnsi="Microsoft YaHei" w:eastAsia="Microsoft YaHei"/>
                <w:sz w:val="19"/>
              </w:rPr>
              <w:t>网络规划与系统集成（第4章）</w:t>
            </w:r>
          </w:p>
        </w:tc>
      </w:tr>
      <w:tr>
        <w:tc>
          <w:tcPr>
            <w:tcW w:type="dxa" w:w="1474"/>
          </w:tcPr>
          <w:p>
            <w:r/>
            <w:r>
              <w:rPr>
                <w:rFonts w:ascii="Microsoft YaHei" w:hAnsi="Microsoft YaHei" w:eastAsia="Microsoft YaHei"/>
                <w:sz w:val="19"/>
              </w:rPr>
              <w:t>2-02-10-05</w:t>
            </w:r>
          </w:p>
        </w:tc>
        <w:tc>
          <w:tcPr>
            <w:tcW w:type="dxa" w:w="2608"/>
          </w:tcPr>
          <w:p>
            <w:r/>
            <w:r>
              <w:rPr>
                <w:rFonts w:ascii="Microsoft YaHei" w:hAnsi="Microsoft YaHei" w:eastAsia="Microsoft YaHei"/>
                <w:sz w:val="19"/>
              </w:rPr>
              <w:t>信息系统分析工程技术人员</w:t>
            </w:r>
          </w:p>
        </w:tc>
        <w:tc>
          <w:tcPr>
            <w:tcW w:type="dxa" w:w="1701"/>
          </w:tcPr>
          <w:p>
            <w:r/>
            <w:r>
              <w:rPr>
                <w:rFonts w:ascii="Microsoft YaHei" w:hAnsi="Microsoft YaHei" w:eastAsia="Microsoft YaHei"/>
                <w:sz w:val="19"/>
              </w:rPr>
              <w:t>专业技术人员</w:t>
            </w:r>
          </w:p>
        </w:tc>
        <w:tc>
          <w:tcPr>
            <w:tcW w:type="dxa" w:w="3402"/>
          </w:tcPr>
          <w:p>
            <w:r/>
            <w:r>
              <w:rPr>
                <w:rFonts w:ascii="Microsoft YaHei" w:hAnsi="Microsoft YaHei" w:eastAsia="Microsoft YaHei"/>
                <w:sz w:val="19"/>
              </w:rPr>
              <w:t>需求分析/总体设计/系统规划——本课核心出口（第1/2/3/4章）</w:t>
            </w:r>
          </w:p>
        </w:tc>
      </w:tr>
      <w:tr>
        <w:tc>
          <w:tcPr>
            <w:tcW w:type="dxa" w:w="1474"/>
          </w:tcPr>
          <w:p>
            <w:r/>
            <w:r>
              <w:rPr>
                <w:rFonts w:ascii="Microsoft YaHei" w:hAnsi="Microsoft YaHei" w:eastAsia="Microsoft YaHei"/>
                <w:sz w:val="19"/>
              </w:rPr>
              <w:t>2-02-10-07</w:t>
            </w:r>
          </w:p>
        </w:tc>
        <w:tc>
          <w:tcPr>
            <w:tcW w:type="dxa" w:w="2608"/>
          </w:tcPr>
          <w:p>
            <w:r/>
            <w:r>
              <w:rPr>
                <w:rFonts w:ascii="Microsoft YaHei" w:hAnsi="Microsoft YaHei" w:eastAsia="Microsoft YaHei"/>
                <w:sz w:val="19"/>
              </w:rPr>
              <w:t>信息安全工程技术人员</w:t>
            </w:r>
          </w:p>
        </w:tc>
        <w:tc>
          <w:tcPr>
            <w:tcW w:type="dxa" w:w="1701"/>
          </w:tcPr>
          <w:p>
            <w:r/>
            <w:r>
              <w:rPr>
                <w:rFonts w:ascii="Microsoft YaHei" w:hAnsi="Microsoft YaHei" w:eastAsia="Microsoft YaHei"/>
                <w:sz w:val="19"/>
              </w:rPr>
              <w:t>专业技术人员</w:t>
            </w:r>
          </w:p>
        </w:tc>
        <w:tc>
          <w:tcPr>
            <w:tcW w:type="dxa" w:w="3402"/>
          </w:tcPr>
          <w:p>
            <w:r/>
            <w:r>
              <w:rPr>
                <w:rFonts w:ascii="Microsoft YaHei" w:hAnsi="Microsoft YaHei" w:eastAsia="Microsoft YaHei"/>
                <w:sz w:val="19"/>
              </w:rPr>
              <w:t>安全/合规/防护（第5/9章）</w:t>
            </w:r>
          </w:p>
        </w:tc>
      </w:tr>
      <w:tr>
        <w:tc>
          <w:tcPr>
            <w:tcW w:type="dxa" w:w="1474"/>
          </w:tcPr>
          <w:p>
            <w:r/>
            <w:r>
              <w:rPr>
                <w:rFonts w:ascii="Microsoft YaHei" w:hAnsi="Microsoft YaHei" w:eastAsia="Microsoft YaHei"/>
                <w:sz w:val="19"/>
              </w:rPr>
              <w:t>2-02-10-08</w:t>
            </w:r>
          </w:p>
        </w:tc>
        <w:tc>
          <w:tcPr>
            <w:tcW w:type="dxa" w:w="2608"/>
          </w:tcPr>
          <w:p>
            <w:r/>
            <w:r>
              <w:rPr>
                <w:rFonts w:ascii="Microsoft YaHei" w:hAnsi="Microsoft YaHei" w:eastAsia="Microsoft YaHei"/>
                <w:sz w:val="19"/>
              </w:rPr>
              <w:t>信息系统运行维护工程技术人员</w:t>
            </w:r>
          </w:p>
        </w:tc>
        <w:tc>
          <w:tcPr>
            <w:tcW w:type="dxa" w:w="1701"/>
          </w:tcPr>
          <w:p>
            <w:r/>
            <w:r>
              <w:rPr>
                <w:rFonts w:ascii="Microsoft YaHei" w:hAnsi="Microsoft YaHei" w:eastAsia="Microsoft YaHei"/>
                <w:sz w:val="19"/>
              </w:rPr>
              <w:t>专业技术人员</w:t>
            </w:r>
          </w:p>
        </w:tc>
        <w:tc>
          <w:tcPr>
            <w:tcW w:type="dxa" w:w="3402"/>
          </w:tcPr>
          <w:p>
            <w:r/>
            <w:r>
              <w:rPr>
                <w:rFonts w:ascii="Microsoft YaHei" w:hAnsi="Microsoft YaHei" w:eastAsia="Microsoft YaHei"/>
                <w:sz w:val="19"/>
              </w:rPr>
              <w:t>实施/运维/测试（第9章）</w:t>
            </w:r>
          </w:p>
        </w:tc>
      </w:tr>
      <w:tr>
        <w:tc>
          <w:tcPr>
            <w:tcW w:type="dxa" w:w="1474"/>
          </w:tcPr>
          <w:p>
            <w:r/>
            <w:r>
              <w:rPr>
                <w:rFonts w:ascii="Microsoft YaHei" w:hAnsi="Microsoft YaHei" w:eastAsia="Microsoft YaHei"/>
                <w:sz w:val="19"/>
              </w:rPr>
              <w:t>2-02-30-08</w:t>
            </w:r>
          </w:p>
        </w:tc>
        <w:tc>
          <w:tcPr>
            <w:tcW w:type="dxa" w:w="2608"/>
          </w:tcPr>
          <w:p>
            <w:r/>
            <w:r>
              <w:rPr>
                <w:rFonts w:ascii="Microsoft YaHei" w:hAnsi="Microsoft YaHei" w:eastAsia="Microsoft YaHei"/>
                <w:sz w:val="19"/>
              </w:rPr>
              <w:t>信息管理工程技术人员</w:t>
            </w:r>
          </w:p>
        </w:tc>
        <w:tc>
          <w:tcPr>
            <w:tcW w:type="dxa" w:w="1701"/>
          </w:tcPr>
          <w:p>
            <w:r/>
            <w:r>
              <w:rPr>
                <w:rFonts w:ascii="Microsoft YaHei" w:hAnsi="Microsoft YaHei" w:eastAsia="Microsoft YaHei"/>
                <w:sz w:val="19"/>
              </w:rPr>
              <w:t>专业技术人员</w:t>
            </w:r>
          </w:p>
        </w:tc>
        <w:tc>
          <w:tcPr>
            <w:tcW w:type="dxa" w:w="3402"/>
          </w:tcPr>
          <w:p>
            <w:r/>
            <w:r>
              <w:rPr>
                <w:rFonts w:ascii="Microsoft YaHei" w:hAnsi="Microsoft YaHei" w:eastAsia="Microsoft YaHei"/>
                <w:sz w:val="19"/>
              </w:rPr>
              <w:t>信息资源/知识管理（全课程）</w:t>
            </w:r>
          </w:p>
        </w:tc>
      </w:tr>
      <w:tr>
        <w:tc>
          <w:tcPr>
            <w:tcW w:type="dxa" w:w="1474"/>
          </w:tcPr>
          <w:p>
            <w:r/>
            <w:r>
              <w:rPr>
                <w:rFonts w:ascii="Microsoft YaHei" w:hAnsi="Microsoft YaHei" w:eastAsia="Microsoft YaHei"/>
                <w:sz w:val="19"/>
              </w:rPr>
              <w:t>2-02-30-11</w:t>
            </w:r>
          </w:p>
        </w:tc>
        <w:tc>
          <w:tcPr>
            <w:tcW w:type="dxa" w:w="2608"/>
          </w:tcPr>
          <w:p>
            <w:r/>
            <w:r>
              <w:rPr>
                <w:rFonts w:ascii="Microsoft YaHei" w:hAnsi="Microsoft YaHei" w:eastAsia="Microsoft YaHei"/>
                <w:sz w:val="19"/>
              </w:rPr>
              <w:t>数据分析处理工程技术人员</w:t>
            </w:r>
          </w:p>
        </w:tc>
        <w:tc>
          <w:tcPr>
            <w:tcW w:type="dxa" w:w="1701"/>
          </w:tcPr>
          <w:p>
            <w:r/>
            <w:r>
              <w:rPr>
                <w:rFonts w:ascii="Microsoft YaHei" w:hAnsi="Microsoft YaHei" w:eastAsia="Microsoft YaHei"/>
                <w:sz w:val="19"/>
              </w:rPr>
              <w:t>专业技术人员</w:t>
            </w:r>
          </w:p>
        </w:tc>
        <w:tc>
          <w:tcPr>
            <w:tcW w:type="dxa" w:w="3402"/>
          </w:tcPr>
          <w:p>
            <w:r/>
            <w:r>
              <w:rPr>
                <w:rFonts w:ascii="Microsoft YaHei" w:hAnsi="Microsoft YaHei" w:eastAsia="Microsoft YaHei"/>
                <w:sz w:val="19"/>
              </w:rPr>
              <w:t>数据治理/分析/可视化（第5/6章）</w:t>
            </w:r>
          </w:p>
        </w:tc>
      </w:tr>
      <w:tr>
        <w:tc>
          <w:tcPr>
            <w:tcW w:type="dxa" w:w="1474"/>
          </w:tcPr>
          <w:p>
            <w:r/>
            <w:r>
              <w:rPr>
                <w:rFonts w:ascii="Microsoft YaHei" w:hAnsi="Microsoft YaHei" w:eastAsia="Microsoft YaHei"/>
                <w:sz w:val="19"/>
              </w:rPr>
              <w:t>2-02-38-01</w:t>
            </w:r>
          </w:p>
        </w:tc>
        <w:tc>
          <w:tcPr>
            <w:tcW w:type="dxa" w:w="2608"/>
          </w:tcPr>
          <w:p>
            <w:r/>
            <w:r>
              <w:rPr>
                <w:rFonts w:ascii="Microsoft YaHei" w:hAnsi="Microsoft YaHei" w:eastAsia="Microsoft YaHei"/>
                <w:sz w:val="19"/>
              </w:rPr>
              <w:t>人工智能工程技术人员</w:t>
            </w:r>
          </w:p>
        </w:tc>
        <w:tc>
          <w:tcPr>
            <w:tcW w:type="dxa" w:w="1701"/>
          </w:tcPr>
          <w:p>
            <w:r/>
            <w:r>
              <w:rPr>
                <w:rFonts w:ascii="Microsoft YaHei" w:hAnsi="Microsoft YaHei" w:eastAsia="Microsoft YaHei"/>
                <w:sz w:val="19"/>
              </w:rPr>
              <w:t>专业技术人员·数字</w:t>
            </w:r>
          </w:p>
        </w:tc>
        <w:tc>
          <w:tcPr>
            <w:tcW w:type="dxa" w:w="3402"/>
          </w:tcPr>
          <w:p>
            <w:r/>
            <w:r>
              <w:rPr>
                <w:rFonts w:ascii="Microsoft YaHei" w:hAnsi="Microsoft YaHei" w:eastAsia="Microsoft YaHei"/>
                <w:sz w:val="19"/>
              </w:rPr>
              <w:t>智能体/大模型工程底座（第5/7章）</w:t>
            </w:r>
          </w:p>
        </w:tc>
      </w:tr>
      <w:tr>
        <w:tc>
          <w:tcPr>
            <w:tcW w:type="dxa" w:w="1474"/>
          </w:tcPr>
          <w:p>
            <w:r/>
            <w:r>
              <w:rPr>
                <w:rFonts w:ascii="Microsoft YaHei" w:hAnsi="Microsoft YaHei" w:eastAsia="Microsoft YaHei"/>
                <w:sz w:val="19"/>
              </w:rPr>
              <w:t>2-02-38-02</w:t>
            </w:r>
          </w:p>
        </w:tc>
        <w:tc>
          <w:tcPr>
            <w:tcW w:type="dxa" w:w="2608"/>
          </w:tcPr>
          <w:p>
            <w:r/>
            <w:r>
              <w:rPr>
                <w:rFonts w:ascii="Microsoft YaHei" w:hAnsi="Microsoft YaHei" w:eastAsia="Microsoft YaHei"/>
                <w:sz w:val="19"/>
              </w:rPr>
              <w:t>物联网工程技术人员</w:t>
            </w:r>
          </w:p>
        </w:tc>
        <w:tc>
          <w:tcPr>
            <w:tcW w:type="dxa" w:w="1701"/>
          </w:tcPr>
          <w:p>
            <w:r/>
            <w:r>
              <w:rPr>
                <w:rFonts w:ascii="Microsoft YaHei" w:hAnsi="Microsoft YaHei" w:eastAsia="Microsoft YaHei"/>
                <w:sz w:val="19"/>
              </w:rPr>
              <w:t>专业技术人员·数字</w:t>
            </w:r>
          </w:p>
        </w:tc>
        <w:tc>
          <w:tcPr>
            <w:tcW w:type="dxa" w:w="3402"/>
          </w:tcPr>
          <w:p>
            <w:r/>
            <w:r>
              <w:rPr>
                <w:rFonts w:ascii="Microsoft YaHei" w:hAnsi="Microsoft YaHei" w:eastAsia="Microsoft YaHei"/>
                <w:sz w:val="19"/>
              </w:rPr>
              <w:t>物联感知/边缘计算（第4章）</w:t>
            </w:r>
          </w:p>
        </w:tc>
      </w:tr>
      <w:tr>
        <w:tc>
          <w:tcPr>
            <w:tcW w:type="dxa" w:w="1474"/>
          </w:tcPr>
          <w:p>
            <w:r/>
            <w:r>
              <w:rPr>
                <w:rFonts w:ascii="Microsoft YaHei" w:hAnsi="Microsoft YaHei" w:eastAsia="Microsoft YaHei"/>
                <w:sz w:val="19"/>
              </w:rPr>
              <w:t>2-02-38-03</w:t>
            </w:r>
          </w:p>
        </w:tc>
        <w:tc>
          <w:tcPr>
            <w:tcW w:type="dxa" w:w="2608"/>
          </w:tcPr>
          <w:p>
            <w:r/>
            <w:r>
              <w:rPr>
                <w:rFonts w:ascii="Microsoft YaHei" w:hAnsi="Microsoft YaHei" w:eastAsia="Microsoft YaHei"/>
                <w:sz w:val="19"/>
              </w:rPr>
              <w:t>大数据工程技术人员</w:t>
            </w:r>
          </w:p>
        </w:tc>
        <w:tc>
          <w:tcPr>
            <w:tcW w:type="dxa" w:w="1701"/>
          </w:tcPr>
          <w:p>
            <w:r/>
            <w:r>
              <w:rPr>
                <w:rFonts w:ascii="Microsoft YaHei" w:hAnsi="Microsoft YaHei" w:eastAsia="Microsoft YaHei"/>
                <w:sz w:val="19"/>
              </w:rPr>
              <w:t>专业技术人员·数字</w:t>
            </w:r>
          </w:p>
        </w:tc>
        <w:tc>
          <w:tcPr>
            <w:tcW w:type="dxa" w:w="3402"/>
          </w:tcPr>
          <w:p>
            <w:r/>
            <w:r>
              <w:rPr>
                <w:rFonts w:ascii="Microsoft YaHei" w:hAnsi="Microsoft YaHei" w:eastAsia="Microsoft YaHei"/>
                <w:sz w:val="19"/>
              </w:rPr>
              <w:t>数据治理/分析平台（第5/6章）</w:t>
            </w:r>
          </w:p>
        </w:tc>
      </w:tr>
      <w:tr>
        <w:tc>
          <w:tcPr>
            <w:tcW w:type="dxa" w:w="1474"/>
          </w:tcPr>
          <w:p>
            <w:r/>
            <w:r>
              <w:rPr>
                <w:rFonts w:ascii="Microsoft YaHei" w:hAnsi="Microsoft YaHei" w:eastAsia="Microsoft YaHei"/>
                <w:sz w:val="19"/>
              </w:rPr>
              <w:t>2-02-38-04</w:t>
            </w:r>
          </w:p>
        </w:tc>
        <w:tc>
          <w:tcPr>
            <w:tcW w:type="dxa" w:w="2608"/>
          </w:tcPr>
          <w:p>
            <w:r/>
            <w:r>
              <w:rPr>
                <w:rFonts w:ascii="Microsoft YaHei" w:hAnsi="Microsoft YaHei" w:eastAsia="Microsoft YaHei"/>
                <w:sz w:val="19"/>
              </w:rPr>
              <w:t>云计算工程技术人员</w:t>
            </w:r>
          </w:p>
        </w:tc>
        <w:tc>
          <w:tcPr>
            <w:tcW w:type="dxa" w:w="1701"/>
          </w:tcPr>
          <w:p>
            <w:r/>
            <w:r>
              <w:rPr>
                <w:rFonts w:ascii="Microsoft YaHei" w:hAnsi="Microsoft YaHei" w:eastAsia="Microsoft YaHei"/>
                <w:sz w:val="19"/>
              </w:rPr>
              <w:t>专业技术人员·数字</w:t>
            </w:r>
          </w:p>
        </w:tc>
        <w:tc>
          <w:tcPr>
            <w:tcW w:type="dxa" w:w="3402"/>
          </w:tcPr>
          <w:p>
            <w:r/>
            <w:r>
              <w:rPr>
                <w:rFonts w:ascii="Microsoft YaHei" w:hAnsi="Microsoft YaHei" w:eastAsia="Microsoft YaHei"/>
                <w:sz w:val="19"/>
              </w:rPr>
              <w:t>云部署/低代码平台（第8章）</w:t>
            </w:r>
          </w:p>
        </w:tc>
      </w:tr>
      <w:tr>
        <w:tc>
          <w:tcPr>
            <w:tcW w:type="dxa" w:w="1474"/>
          </w:tcPr>
          <w:p>
            <w:r/>
            <w:r>
              <w:rPr>
                <w:rFonts w:ascii="Microsoft YaHei" w:hAnsi="Microsoft YaHei" w:eastAsia="Microsoft YaHei"/>
                <w:sz w:val="19"/>
              </w:rPr>
              <w:t>2-02-38-05</w:t>
            </w:r>
          </w:p>
        </w:tc>
        <w:tc>
          <w:tcPr>
            <w:tcW w:type="dxa" w:w="2608"/>
          </w:tcPr>
          <w:p>
            <w:r/>
            <w:r>
              <w:rPr>
                <w:rFonts w:ascii="Microsoft YaHei" w:hAnsi="Microsoft YaHei" w:eastAsia="Microsoft YaHei"/>
                <w:sz w:val="19"/>
              </w:rPr>
              <w:t>智能制造工程技术人员</w:t>
            </w:r>
          </w:p>
        </w:tc>
        <w:tc>
          <w:tcPr>
            <w:tcW w:type="dxa" w:w="1701"/>
          </w:tcPr>
          <w:p>
            <w:r/>
            <w:r>
              <w:rPr>
                <w:rFonts w:ascii="Microsoft YaHei" w:hAnsi="Microsoft YaHei" w:eastAsia="Microsoft YaHei"/>
                <w:sz w:val="19"/>
              </w:rPr>
              <w:t>专业技术人员·数字</w:t>
            </w:r>
          </w:p>
        </w:tc>
        <w:tc>
          <w:tcPr>
            <w:tcW w:type="dxa" w:w="3402"/>
          </w:tcPr>
          <w:p>
            <w:r/>
            <w:r>
              <w:rPr>
                <w:rFonts w:ascii="Microsoft YaHei" w:hAnsi="Microsoft YaHei" w:eastAsia="Microsoft YaHei"/>
                <w:sz w:val="19"/>
              </w:rPr>
              <w:t>智能产线/工业软件（第4/8章）</w:t>
            </w:r>
          </w:p>
        </w:tc>
      </w:tr>
      <w:tr>
        <w:tc>
          <w:tcPr>
            <w:tcW w:type="dxa" w:w="1474"/>
          </w:tcPr>
          <w:p>
            <w:r/>
            <w:r>
              <w:rPr>
                <w:rFonts w:ascii="Microsoft YaHei" w:hAnsi="Microsoft YaHei" w:eastAsia="Microsoft YaHei"/>
                <w:sz w:val="19"/>
              </w:rPr>
              <w:t>2-02-38-06</w:t>
            </w:r>
          </w:p>
        </w:tc>
        <w:tc>
          <w:tcPr>
            <w:tcW w:type="dxa" w:w="2608"/>
          </w:tcPr>
          <w:p>
            <w:r/>
            <w:r>
              <w:rPr>
                <w:rFonts w:ascii="Microsoft YaHei" w:hAnsi="Microsoft YaHei" w:eastAsia="Microsoft YaHei"/>
                <w:sz w:val="19"/>
              </w:rPr>
              <w:t>工业互联网工程技术人员</w:t>
            </w:r>
          </w:p>
        </w:tc>
        <w:tc>
          <w:tcPr>
            <w:tcW w:type="dxa" w:w="1701"/>
          </w:tcPr>
          <w:p>
            <w:r/>
            <w:r>
              <w:rPr>
                <w:rFonts w:ascii="Microsoft YaHei" w:hAnsi="Microsoft YaHei" w:eastAsia="Microsoft YaHei"/>
                <w:sz w:val="19"/>
              </w:rPr>
              <w:t>专业技术人员·数字</w:t>
            </w:r>
          </w:p>
        </w:tc>
        <w:tc>
          <w:tcPr>
            <w:tcW w:type="dxa" w:w="3402"/>
          </w:tcPr>
          <w:p>
            <w:r/>
            <w:r>
              <w:rPr>
                <w:rFonts w:ascii="Microsoft YaHei" w:hAnsi="Microsoft YaHei" w:eastAsia="Microsoft YaHei"/>
                <w:sz w:val="19"/>
              </w:rPr>
              <w:t>工业物联/平台（第4/8章）</w:t>
            </w:r>
          </w:p>
        </w:tc>
      </w:tr>
      <w:tr>
        <w:tc>
          <w:tcPr>
            <w:tcW w:type="dxa" w:w="1474"/>
          </w:tcPr>
          <w:p>
            <w:r/>
            <w:r>
              <w:rPr>
                <w:rFonts w:ascii="Microsoft YaHei" w:hAnsi="Microsoft YaHei" w:eastAsia="Microsoft YaHei"/>
                <w:sz w:val="19"/>
              </w:rPr>
              <w:t>2-02-38-07</w:t>
            </w:r>
          </w:p>
        </w:tc>
        <w:tc>
          <w:tcPr>
            <w:tcW w:type="dxa" w:w="2608"/>
          </w:tcPr>
          <w:p>
            <w:r/>
            <w:r>
              <w:rPr>
                <w:rFonts w:ascii="Microsoft YaHei" w:hAnsi="Microsoft YaHei" w:eastAsia="Microsoft YaHei"/>
                <w:sz w:val="19"/>
              </w:rPr>
              <w:t>虚拟现实工程技术人员</w:t>
            </w:r>
          </w:p>
        </w:tc>
        <w:tc>
          <w:tcPr>
            <w:tcW w:type="dxa" w:w="1701"/>
          </w:tcPr>
          <w:p>
            <w:r/>
            <w:r>
              <w:rPr>
                <w:rFonts w:ascii="Microsoft YaHei" w:hAnsi="Microsoft YaHei" w:eastAsia="Microsoft YaHei"/>
                <w:sz w:val="19"/>
              </w:rPr>
              <w:t>专业技术人员·数字</w:t>
            </w:r>
          </w:p>
        </w:tc>
        <w:tc>
          <w:tcPr>
            <w:tcW w:type="dxa" w:w="3402"/>
          </w:tcPr>
          <w:p>
            <w:r/>
            <w:r>
              <w:rPr>
                <w:rFonts w:ascii="Microsoft YaHei" w:hAnsi="Microsoft YaHei" w:eastAsia="Microsoft YaHei"/>
                <w:sz w:val="19"/>
              </w:rPr>
              <w:t>VR/AR 交互（第6章）</w:t>
            </w:r>
          </w:p>
        </w:tc>
      </w:tr>
      <w:tr>
        <w:tc>
          <w:tcPr>
            <w:tcW w:type="dxa" w:w="1474"/>
          </w:tcPr>
          <w:p>
            <w:r/>
            <w:r>
              <w:rPr>
                <w:rFonts w:ascii="Microsoft YaHei" w:hAnsi="Microsoft YaHei" w:eastAsia="Microsoft YaHei"/>
                <w:sz w:val="19"/>
              </w:rPr>
              <w:t>2-02-38-08</w:t>
            </w:r>
          </w:p>
        </w:tc>
        <w:tc>
          <w:tcPr>
            <w:tcW w:type="dxa" w:w="2608"/>
          </w:tcPr>
          <w:p>
            <w:r/>
            <w:r>
              <w:rPr>
                <w:rFonts w:ascii="Microsoft YaHei" w:hAnsi="Microsoft YaHei" w:eastAsia="Microsoft YaHei"/>
                <w:sz w:val="19"/>
              </w:rPr>
              <w:t>区块链工程技术人员</w:t>
            </w:r>
          </w:p>
        </w:tc>
        <w:tc>
          <w:tcPr>
            <w:tcW w:type="dxa" w:w="1701"/>
          </w:tcPr>
          <w:p>
            <w:r/>
            <w:r>
              <w:rPr>
                <w:rFonts w:ascii="Microsoft YaHei" w:hAnsi="Microsoft YaHei" w:eastAsia="Microsoft YaHei"/>
                <w:sz w:val="19"/>
              </w:rPr>
              <w:t>专业技术人员·数字</w:t>
            </w:r>
          </w:p>
        </w:tc>
        <w:tc>
          <w:tcPr>
            <w:tcW w:type="dxa" w:w="3402"/>
          </w:tcPr>
          <w:p>
            <w:r/>
            <w:r>
              <w:rPr>
                <w:rFonts w:ascii="Microsoft YaHei" w:hAnsi="Microsoft YaHei" w:eastAsia="Microsoft YaHei"/>
                <w:sz w:val="19"/>
              </w:rPr>
              <w:t>可信/存证（第4章）</w:t>
            </w:r>
          </w:p>
        </w:tc>
      </w:tr>
      <w:tr>
        <w:tc>
          <w:tcPr>
            <w:tcW w:type="dxa" w:w="1474"/>
          </w:tcPr>
          <w:p>
            <w:r/>
            <w:r>
              <w:rPr>
                <w:rFonts w:ascii="Microsoft YaHei" w:hAnsi="Microsoft YaHei" w:eastAsia="Microsoft YaHei"/>
                <w:sz w:val="19"/>
              </w:rPr>
              <w:t>2-02-38-09</w:t>
            </w:r>
          </w:p>
        </w:tc>
        <w:tc>
          <w:tcPr>
            <w:tcW w:type="dxa" w:w="2608"/>
          </w:tcPr>
          <w:p>
            <w:r/>
            <w:r>
              <w:rPr>
                <w:rFonts w:ascii="Microsoft YaHei" w:hAnsi="Microsoft YaHei" w:eastAsia="Microsoft YaHei"/>
                <w:sz w:val="19"/>
              </w:rPr>
              <w:t>集成电路工程技术人员</w:t>
            </w:r>
          </w:p>
        </w:tc>
        <w:tc>
          <w:tcPr>
            <w:tcW w:type="dxa" w:w="1701"/>
          </w:tcPr>
          <w:p>
            <w:r/>
            <w:r>
              <w:rPr>
                <w:rFonts w:ascii="Microsoft YaHei" w:hAnsi="Microsoft YaHei" w:eastAsia="Microsoft YaHei"/>
                <w:sz w:val="19"/>
              </w:rPr>
              <w:t>专业技术人员·数字</w:t>
            </w:r>
          </w:p>
        </w:tc>
        <w:tc>
          <w:tcPr>
            <w:tcW w:type="dxa" w:w="3402"/>
          </w:tcPr>
          <w:p>
            <w:r/>
            <w:r>
              <w:rPr>
                <w:rFonts w:ascii="Microsoft YaHei" w:hAnsi="Microsoft YaHei" w:eastAsia="Microsoft YaHei"/>
                <w:sz w:val="19"/>
              </w:rPr>
              <w:t>算力底座</w:t>
            </w:r>
          </w:p>
        </w:tc>
      </w:tr>
      <w:tr>
        <w:tc>
          <w:tcPr>
            <w:tcW w:type="dxa" w:w="1474"/>
          </w:tcPr>
          <w:p>
            <w:r/>
            <w:r>
              <w:rPr>
                <w:rFonts w:ascii="Microsoft YaHei" w:hAnsi="Microsoft YaHei" w:eastAsia="Microsoft YaHei"/>
                <w:sz w:val="19"/>
              </w:rPr>
              <w:t>2-02-38-10</w:t>
            </w:r>
          </w:p>
        </w:tc>
        <w:tc>
          <w:tcPr>
            <w:tcW w:type="dxa" w:w="2608"/>
          </w:tcPr>
          <w:p>
            <w:r/>
            <w:r>
              <w:rPr>
                <w:rFonts w:ascii="Microsoft YaHei" w:hAnsi="Microsoft YaHei" w:eastAsia="Microsoft YaHei"/>
                <w:sz w:val="19"/>
              </w:rPr>
              <w:t>机器人工程技术人员</w:t>
            </w:r>
          </w:p>
        </w:tc>
        <w:tc>
          <w:tcPr>
            <w:tcW w:type="dxa" w:w="1701"/>
          </w:tcPr>
          <w:p>
            <w:r/>
            <w:r>
              <w:rPr>
                <w:rFonts w:ascii="Microsoft YaHei" w:hAnsi="Microsoft YaHei" w:eastAsia="Microsoft YaHei"/>
                <w:sz w:val="19"/>
              </w:rPr>
              <w:t>专业技术人员·数字</w:t>
            </w:r>
          </w:p>
        </w:tc>
        <w:tc>
          <w:tcPr>
            <w:tcW w:type="dxa" w:w="3402"/>
          </w:tcPr>
          <w:p>
            <w:r/>
            <w:r>
              <w:rPr>
                <w:rFonts w:ascii="Microsoft YaHei" w:hAnsi="Microsoft YaHei" w:eastAsia="Microsoft YaHei"/>
                <w:sz w:val="19"/>
              </w:rPr>
              <w:t>智能体具身化（第7章）</w:t>
            </w:r>
          </w:p>
        </w:tc>
      </w:tr>
      <w:tr>
        <w:tc>
          <w:tcPr>
            <w:tcW w:type="dxa" w:w="1474"/>
          </w:tcPr>
          <w:p>
            <w:r/>
            <w:r>
              <w:rPr>
                <w:rFonts w:ascii="Microsoft YaHei" w:hAnsi="Microsoft YaHei" w:eastAsia="Microsoft YaHei"/>
                <w:sz w:val="19"/>
              </w:rPr>
              <w:t>2-02-38-11</w:t>
            </w:r>
          </w:p>
        </w:tc>
        <w:tc>
          <w:tcPr>
            <w:tcW w:type="dxa" w:w="2608"/>
          </w:tcPr>
          <w:p>
            <w:r/>
            <w:r>
              <w:rPr>
                <w:rFonts w:ascii="Microsoft YaHei" w:hAnsi="Microsoft YaHei" w:eastAsia="Microsoft YaHei"/>
                <w:sz w:val="19"/>
              </w:rPr>
              <w:t>增材制造工程技术人员</w:t>
            </w:r>
          </w:p>
        </w:tc>
        <w:tc>
          <w:tcPr>
            <w:tcW w:type="dxa" w:w="1701"/>
          </w:tcPr>
          <w:p>
            <w:r/>
            <w:r>
              <w:rPr>
                <w:rFonts w:ascii="Microsoft YaHei" w:hAnsi="Microsoft YaHei" w:eastAsia="Microsoft YaHei"/>
                <w:sz w:val="19"/>
              </w:rPr>
              <w:t>专业技术人员·数字</w:t>
            </w:r>
          </w:p>
        </w:tc>
        <w:tc>
          <w:tcPr>
            <w:tcW w:type="dxa" w:w="3402"/>
          </w:tcPr>
          <w:p>
            <w:r/>
            <w:r>
              <w:rPr>
                <w:rFonts w:ascii="Microsoft YaHei" w:hAnsi="Microsoft YaHei" w:eastAsia="Microsoft YaHei"/>
                <w:sz w:val="19"/>
              </w:rPr>
              <w:t>3D 打印制造</w:t>
            </w:r>
          </w:p>
        </w:tc>
      </w:tr>
      <w:tr>
        <w:tc>
          <w:tcPr>
            <w:tcW w:type="dxa" w:w="1474"/>
          </w:tcPr>
          <w:p>
            <w:r/>
            <w:r>
              <w:rPr>
                <w:rFonts w:ascii="Microsoft YaHei" w:hAnsi="Microsoft YaHei" w:eastAsia="Microsoft YaHei"/>
                <w:sz w:val="19"/>
              </w:rPr>
              <w:t>2-02-38-12</w:t>
            </w:r>
          </w:p>
        </w:tc>
        <w:tc>
          <w:tcPr>
            <w:tcW w:type="dxa" w:w="2608"/>
          </w:tcPr>
          <w:p>
            <w:r/>
            <w:r>
              <w:rPr>
                <w:rFonts w:ascii="Microsoft YaHei" w:hAnsi="Microsoft YaHei" w:eastAsia="Microsoft YaHei"/>
                <w:sz w:val="19"/>
              </w:rPr>
              <w:t>数据安全工程技术人员</w:t>
            </w:r>
          </w:p>
        </w:tc>
        <w:tc>
          <w:tcPr>
            <w:tcW w:type="dxa" w:w="1701"/>
          </w:tcPr>
          <w:p>
            <w:r/>
            <w:r>
              <w:rPr>
                <w:rFonts w:ascii="Microsoft YaHei" w:hAnsi="Microsoft YaHei" w:eastAsia="Microsoft YaHei"/>
                <w:sz w:val="19"/>
              </w:rPr>
              <w:t>专业技术人员·数字</w:t>
            </w:r>
          </w:p>
        </w:tc>
        <w:tc>
          <w:tcPr>
            <w:tcW w:type="dxa" w:w="3402"/>
          </w:tcPr>
          <w:p>
            <w:r/>
            <w:r>
              <w:rPr>
                <w:rFonts w:ascii="Microsoft YaHei" w:hAnsi="Microsoft YaHei" w:eastAsia="Microsoft YaHei"/>
                <w:sz w:val="19"/>
              </w:rPr>
              <w:t>数据分级/防泄漏（第5/6章）</w:t>
            </w:r>
          </w:p>
        </w:tc>
      </w:tr>
      <w:tr>
        <w:tc>
          <w:tcPr>
            <w:tcW w:type="dxa" w:w="1474"/>
          </w:tcPr>
          <w:p>
            <w:r/>
            <w:r>
              <w:rPr>
                <w:rFonts w:ascii="Microsoft YaHei" w:hAnsi="Microsoft YaHei" w:eastAsia="Microsoft YaHei"/>
                <w:sz w:val="19"/>
              </w:rPr>
              <w:t>2-02-38-13</w:t>
            </w:r>
          </w:p>
        </w:tc>
        <w:tc>
          <w:tcPr>
            <w:tcW w:type="dxa" w:w="2608"/>
          </w:tcPr>
          <w:p>
            <w:r/>
            <w:r>
              <w:rPr>
                <w:rFonts w:ascii="Microsoft YaHei" w:hAnsi="Microsoft YaHei" w:eastAsia="Microsoft YaHei"/>
                <w:sz w:val="19"/>
              </w:rPr>
              <w:t>密码工程技术人员</w:t>
            </w:r>
          </w:p>
        </w:tc>
        <w:tc>
          <w:tcPr>
            <w:tcW w:type="dxa" w:w="1701"/>
          </w:tcPr>
          <w:p>
            <w:r/>
            <w:r>
              <w:rPr>
                <w:rFonts w:ascii="Microsoft YaHei" w:hAnsi="Microsoft YaHei" w:eastAsia="Microsoft YaHei"/>
                <w:sz w:val="19"/>
              </w:rPr>
              <w:t>专业技术人员·数字</w:t>
            </w:r>
          </w:p>
        </w:tc>
        <w:tc>
          <w:tcPr>
            <w:tcW w:type="dxa" w:w="3402"/>
          </w:tcPr>
          <w:p>
            <w:r/>
            <w:r>
              <w:rPr>
                <w:rFonts w:ascii="Microsoft YaHei" w:hAnsi="Microsoft YaHei" w:eastAsia="Microsoft YaHei"/>
                <w:sz w:val="19"/>
              </w:rPr>
              <w:t>加密/信创安全（第5/9章）</w:t>
            </w:r>
          </w:p>
        </w:tc>
      </w:tr>
      <w:tr>
        <w:tc>
          <w:tcPr>
            <w:tcW w:type="dxa" w:w="1474"/>
          </w:tcPr>
          <w:p>
            <w:r/>
            <w:r>
              <w:rPr>
                <w:rFonts w:ascii="Microsoft YaHei" w:hAnsi="Microsoft YaHei" w:eastAsia="Microsoft YaHei"/>
                <w:sz w:val="19"/>
              </w:rPr>
              <w:t>2-06-07-13</w:t>
            </w:r>
          </w:p>
        </w:tc>
        <w:tc>
          <w:tcPr>
            <w:tcW w:type="dxa" w:w="2608"/>
          </w:tcPr>
          <w:p>
            <w:r/>
            <w:r>
              <w:rPr>
                <w:rFonts w:ascii="Microsoft YaHei" w:hAnsi="Microsoft YaHei" w:eastAsia="Microsoft YaHei"/>
                <w:sz w:val="19"/>
              </w:rPr>
              <w:t>数字化管理师</w:t>
            </w:r>
          </w:p>
        </w:tc>
        <w:tc>
          <w:tcPr>
            <w:tcW w:type="dxa" w:w="1701"/>
          </w:tcPr>
          <w:p>
            <w:r/>
            <w:r>
              <w:rPr>
                <w:rFonts w:ascii="Microsoft YaHei" w:hAnsi="Microsoft YaHei" w:eastAsia="Microsoft YaHei"/>
                <w:sz w:val="19"/>
              </w:rPr>
              <w:t>专业技术人员·数字</w:t>
            </w:r>
          </w:p>
        </w:tc>
        <w:tc>
          <w:tcPr>
            <w:tcW w:type="dxa" w:w="3402"/>
          </w:tcPr>
          <w:p>
            <w:r/>
            <w:r>
              <w:rPr>
                <w:rFonts w:ascii="Microsoft YaHei" w:hAnsi="Microsoft YaHei" w:eastAsia="Microsoft YaHei"/>
                <w:sz w:val="19"/>
              </w:rPr>
              <w:t>数字化转型管理（第9章）</w:t>
            </w:r>
          </w:p>
        </w:tc>
      </w:tr>
      <w:tr>
        <w:tc>
          <w:tcPr>
            <w:tcW w:type="dxa" w:w="1474"/>
          </w:tcPr>
          <w:p>
            <w:r/>
            <w:r>
              <w:rPr>
                <w:rFonts w:ascii="Microsoft YaHei" w:hAnsi="Microsoft YaHei" w:eastAsia="Microsoft YaHei"/>
                <w:sz w:val="19"/>
              </w:rPr>
              <w:t>4-04-04-01</w:t>
            </w:r>
          </w:p>
        </w:tc>
        <w:tc>
          <w:tcPr>
            <w:tcW w:type="dxa" w:w="2608"/>
          </w:tcPr>
          <w:p>
            <w:r/>
            <w:r>
              <w:rPr>
                <w:rFonts w:ascii="Microsoft YaHei" w:hAnsi="Microsoft YaHei" w:eastAsia="Microsoft YaHei"/>
                <w:sz w:val="19"/>
              </w:rPr>
              <w:t>信息通信网络运行管理员</w:t>
            </w:r>
          </w:p>
        </w:tc>
        <w:tc>
          <w:tcPr>
            <w:tcW w:type="dxa" w:w="1701"/>
          </w:tcPr>
          <w:p>
            <w:r/>
            <w:r>
              <w:rPr>
                <w:rFonts w:ascii="Microsoft YaHei" w:hAnsi="Microsoft YaHei" w:eastAsia="Microsoft YaHei"/>
                <w:sz w:val="19"/>
              </w:rPr>
              <w:t>技能人员·数字</w:t>
            </w:r>
          </w:p>
        </w:tc>
        <w:tc>
          <w:tcPr>
            <w:tcW w:type="dxa" w:w="3402"/>
          </w:tcPr>
          <w:p>
            <w:r/>
            <w:r>
              <w:rPr>
                <w:rFonts w:ascii="Microsoft YaHei" w:hAnsi="Microsoft YaHei" w:eastAsia="Microsoft YaHei"/>
                <w:sz w:val="19"/>
              </w:rPr>
              <w:t>网络运行/配置/排障（第9章）</w:t>
            </w:r>
          </w:p>
        </w:tc>
      </w:tr>
      <w:tr>
        <w:tc>
          <w:tcPr>
            <w:tcW w:type="dxa" w:w="1474"/>
          </w:tcPr>
          <w:p>
            <w:r/>
            <w:r>
              <w:rPr>
                <w:rFonts w:ascii="Microsoft YaHei" w:hAnsi="Microsoft YaHei" w:eastAsia="Microsoft YaHei"/>
                <w:sz w:val="19"/>
              </w:rPr>
              <w:t>4-04-04-02</w:t>
            </w:r>
          </w:p>
        </w:tc>
        <w:tc>
          <w:tcPr>
            <w:tcW w:type="dxa" w:w="2608"/>
          </w:tcPr>
          <w:p>
            <w:r/>
            <w:r>
              <w:rPr>
                <w:rFonts w:ascii="Microsoft YaHei" w:hAnsi="Microsoft YaHei" w:eastAsia="Microsoft YaHei"/>
                <w:sz w:val="19"/>
              </w:rPr>
              <w:t>网络与信息安全管理员</w:t>
            </w:r>
          </w:p>
        </w:tc>
        <w:tc>
          <w:tcPr>
            <w:tcW w:type="dxa" w:w="1701"/>
          </w:tcPr>
          <w:p>
            <w:r/>
            <w:r>
              <w:rPr>
                <w:rFonts w:ascii="Microsoft YaHei" w:hAnsi="Microsoft YaHei" w:eastAsia="Microsoft YaHei"/>
                <w:sz w:val="19"/>
              </w:rPr>
              <w:t>技能人员·数字</w:t>
            </w:r>
          </w:p>
        </w:tc>
        <w:tc>
          <w:tcPr>
            <w:tcW w:type="dxa" w:w="3402"/>
          </w:tcPr>
          <w:p>
            <w:r/>
            <w:r>
              <w:rPr>
                <w:rFonts w:ascii="Microsoft YaHei" w:hAnsi="Microsoft YaHei" w:eastAsia="Microsoft YaHei"/>
                <w:sz w:val="19"/>
              </w:rPr>
              <w:t>安全监控/防护（第5/9章）</w:t>
            </w:r>
          </w:p>
        </w:tc>
      </w:tr>
      <w:tr>
        <w:tc>
          <w:tcPr>
            <w:tcW w:type="dxa" w:w="1474"/>
          </w:tcPr>
          <w:p>
            <w:r/>
            <w:r>
              <w:rPr>
                <w:rFonts w:ascii="Microsoft YaHei" w:hAnsi="Microsoft YaHei" w:eastAsia="Microsoft YaHei"/>
                <w:sz w:val="19"/>
              </w:rPr>
              <w:t>4-04-04-03</w:t>
            </w:r>
          </w:p>
        </w:tc>
        <w:tc>
          <w:tcPr>
            <w:tcW w:type="dxa" w:w="2608"/>
          </w:tcPr>
          <w:p>
            <w:r/>
            <w:r>
              <w:rPr>
                <w:rFonts w:ascii="Microsoft YaHei" w:hAnsi="Microsoft YaHei" w:eastAsia="Microsoft YaHei"/>
                <w:sz w:val="19"/>
              </w:rPr>
              <w:t>信息通信信息化系统管理员</w:t>
            </w:r>
          </w:p>
        </w:tc>
        <w:tc>
          <w:tcPr>
            <w:tcW w:type="dxa" w:w="1701"/>
          </w:tcPr>
          <w:p>
            <w:r/>
            <w:r>
              <w:rPr>
                <w:rFonts w:ascii="Microsoft YaHei" w:hAnsi="Microsoft YaHei" w:eastAsia="Microsoft YaHei"/>
                <w:sz w:val="19"/>
              </w:rPr>
              <w:t>技能人员·数字</w:t>
            </w:r>
          </w:p>
        </w:tc>
        <w:tc>
          <w:tcPr>
            <w:tcW w:type="dxa" w:w="3402"/>
          </w:tcPr>
          <w:p>
            <w:r/>
            <w:r>
              <w:rPr>
                <w:rFonts w:ascii="Microsoft YaHei" w:hAnsi="Microsoft YaHei" w:eastAsia="Microsoft YaHei"/>
                <w:sz w:val="19"/>
              </w:rPr>
              <w:t>信息化系统运维（第9章）</w:t>
            </w:r>
          </w:p>
        </w:tc>
      </w:tr>
      <w:tr>
        <w:tc>
          <w:tcPr>
            <w:tcW w:type="dxa" w:w="1474"/>
          </w:tcPr>
          <w:p>
            <w:r/>
            <w:r>
              <w:rPr>
                <w:rFonts w:ascii="Microsoft YaHei" w:hAnsi="Microsoft YaHei" w:eastAsia="Microsoft YaHei"/>
                <w:sz w:val="19"/>
              </w:rPr>
              <w:t>4-04-04-04</w:t>
            </w:r>
          </w:p>
        </w:tc>
        <w:tc>
          <w:tcPr>
            <w:tcW w:type="dxa" w:w="2608"/>
          </w:tcPr>
          <w:p>
            <w:r/>
            <w:r>
              <w:rPr>
                <w:rFonts w:ascii="Microsoft YaHei" w:hAnsi="Microsoft YaHei" w:eastAsia="Microsoft YaHei"/>
                <w:sz w:val="19"/>
              </w:rPr>
              <w:t>信息安全测试员</w:t>
            </w:r>
          </w:p>
        </w:tc>
        <w:tc>
          <w:tcPr>
            <w:tcW w:type="dxa" w:w="1701"/>
          </w:tcPr>
          <w:p>
            <w:r/>
            <w:r>
              <w:rPr>
                <w:rFonts w:ascii="Microsoft YaHei" w:hAnsi="Microsoft YaHei" w:eastAsia="Microsoft YaHei"/>
                <w:sz w:val="19"/>
              </w:rPr>
              <w:t>技能人员·数字</w:t>
            </w:r>
          </w:p>
        </w:tc>
        <w:tc>
          <w:tcPr>
            <w:tcW w:type="dxa" w:w="3402"/>
          </w:tcPr>
          <w:p>
            <w:r/>
            <w:r>
              <w:rPr>
                <w:rFonts w:ascii="Microsoft YaHei" w:hAnsi="Microsoft YaHei" w:eastAsia="Microsoft YaHei"/>
                <w:sz w:val="19"/>
              </w:rPr>
              <w:t>渗透/合规测试（第9章）</w:t>
            </w:r>
          </w:p>
        </w:tc>
      </w:tr>
      <w:tr>
        <w:tc>
          <w:tcPr>
            <w:tcW w:type="dxa" w:w="1474"/>
          </w:tcPr>
          <w:p>
            <w:r/>
            <w:r>
              <w:rPr>
                <w:rFonts w:ascii="Microsoft YaHei" w:hAnsi="Microsoft YaHei" w:eastAsia="Microsoft YaHei"/>
                <w:sz w:val="19"/>
              </w:rPr>
              <w:t>4-04-04-05</w:t>
            </w:r>
          </w:p>
        </w:tc>
        <w:tc>
          <w:tcPr>
            <w:tcW w:type="dxa" w:w="2608"/>
          </w:tcPr>
          <w:p>
            <w:r/>
            <w:r>
              <w:rPr>
                <w:rFonts w:ascii="Microsoft YaHei" w:hAnsi="Microsoft YaHei" w:eastAsia="Microsoft YaHei"/>
                <w:sz w:val="19"/>
              </w:rPr>
              <w:t>数字化解决方案设计师</w:t>
            </w:r>
          </w:p>
        </w:tc>
        <w:tc>
          <w:tcPr>
            <w:tcW w:type="dxa" w:w="1701"/>
          </w:tcPr>
          <w:p>
            <w:r/>
            <w:r>
              <w:rPr>
                <w:rFonts w:ascii="Microsoft YaHei" w:hAnsi="Microsoft YaHei" w:eastAsia="Microsoft YaHei"/>
                <w:sz w:val="19"/>
              </w:rPr>
              <w:t>技能人员·数字</w:t>
            </w:r>
          </w:p>
        </w:tc>
        <w:tc>
          <w:tcPr>
            <w:tcW w:type="dxa" w:w="3402"/>
          </w:tcPr>
          <w:p>
            <w:r/>
            <w:r>
              <w:rPr>
                <w:rFonts w:ascii="Microsoft YaHei" w:hAnsi="Microsoft YaHei" w:eastAsia="Microsoft YaHei"/>
                <w:sz w:val="19"/>
              </w:rPr>
              <w:t>方案设计/咨询（第2/9章）</w:t>
            </w:r>
          </w:p>
        </w:tc>
      </w:tr>
      <w:tr>
        <w:tc>
          <w:tcPr>
            <w:tcW w:type="dxa" w:w="1474"/>
          </w:tcPr>
          <w:p>
            <w:r/>
            <w:r>
              <w:rPr>
                <w:rFonts w:ascii="Microsoft YaHei" w:hAnsi="Microsoft YaHei" w:eastAsia="Microsoft YaHei"/>
                <w:sz w:val="19"/>
              </w:rPr>
              <w:t>4-04-04-06</w:t>
            </w:r>
          </w:p>
        </w:tc>
        <w:tc>
          <w:tcPr>
            <w:tcW w:type="dxa" w:w="2608"/>
          </w:tcPr>
          <w:p>
            <w:r/>
            <w:r>
              <w:rPr>
                <w:rFonts w:ascii="Microsoft YaHei" w:hAnsi="Microsoft YaHei" w:eastAsia="Microsoft YaHei"/>
                <w:sz w:val="19"/>
              </w:rPr>
              <w:t>密码技术应用员</w:t>
            </w:r>
          </w:p>
        </w:tc>
        <w:tc>
          <w:tcPr>
            <w:tcW w:type="dxa" w:w="1701"/>
          </w:tcPr>
          <w:p>
            <w:r/>
            <w:r>
              <w:rPr>
                <w:rFonts w:ascii="Microsoft YaHei" w:hAnsi="Microsoft YaHei" w:eastAsia="Microsoft YaHei"/>
                <w:sz w:val="19"/>
              </w:rPr>
              <w:t>技能人员·数字</w:t>
            </w:r>
          </w:p>
        </w:tc>
        <w:tc>
          <w:tcPr>
            <w:tcW w:type="dxa" w:w="3402"/>
          </w:tcPr>
          <w:p>
            <w:r/>
            <w:r>
              <w:rPr>
                <w:rFonts w:ascii="Microsoft YaHei" w:hAnsi="Microsoft YaHei" w:eastAsia="Microsoft YaHei"/>
                <w:sz w:val="19"/>
              </w:rPr>
              <w:t>密码应用实施（第5/9章）</w:t>
            </w:r>
          </w:p>
        </w:tc>
      </w:tr>
      <w:tr>
        <w:tc>
          <w:tcPr>
            <w:tcW w:type="dxa" w:w="1474"/>
          </w:tcPr>
          <w:p>
            <w:r/>
            <w:r>
              <w:rPr>
                <w:rFonts w:ascii="Microsoft YaHei" w:hAnsi="Microsoft YaHei" w:eastAsia="Microsoft YaHei"/>
                <w:sz w:val="19"/>
              </w:rPr>
              <w:t>4-04-04-07</w:t>
            </w:r>
          </w:p>
        </w:tc>
        <w:tc>
          <w:tcPr>
            <w:tcW w:type="dxa" w:w="2608"/>
          </w:tcPr>
          <w:p>
            <w:r/>
            <w:r>
              <w:rPr>
                <w:rFonts w:ascii="Microsoft YaHei" w:hAnsi="Microsoft YaHei" w:eastAsia="Microsoft YaHei"/>
                <w:sz w:val="19"/>
              </w:rPr>
              <w:t>网络安全等级保护测评师</w:t>
            </w:r>
          </w:p>
        </w:tc>
        <w:tc>
          <w:tcPr>
            <w:tcW w:type="dxa" w:w="1701"/>
          </w:tcPr>
          <w:p>
            <w:r/>
            <w:r>
              <w:rPr>
                <w:rFonts w:ascii="Microsoft YaHei" w:hAnsi="Microsoft YaHei" w:eastAsia="Microsoft YaHei"/>
                <w:sz w:val="19"/>
              </w:rPr>
              <w:t>技能人员·数字·2024新职业</w:t>
            </w:r>
          </w:p>
        </w:tc>
        <w:tc>
          <w:tcPr>
            <w:tcW w:type="dxa" w:w="3402"/>
          </w:tcPr>
          <w:p>
            <w:r/>
            <w:r>
              <w:rPr>
                <w:rFonts w:ascii="Microsoft YaHei" w:hAnsi="Microsoft YaHei" w:eastAsia="Microsoft YaHei"/>
                <w:sz w:val="19"/>
              </w:rPr>
              <w:t>等保测评（第9章）</w:t>
            </w:r>
          </w:p>
        </w:tc>
      </w:tr>
      <w:tr>
        <w:tc>
          <w:tcPr>
            <w:tcW w:type="dxa" w:w="1474"/>
          </w:tcPr>
          <w:p>
            <w:r/>
            <w:r>
              <w:rPr>
                <w:rFonts w:ascii="Microsoft YaHei" w:hAnsi="Microsoft YaHei" w:eastAsia="Microsoft YaHei"/>
                <w:sz w:val="19"/>
              </w:rPr>
              <w:t>4-04-05-01</w:t>
            </w:r>
          </w:p>
        </w:tc>
        <w:tc>
          <w:tcPr>
            <w:tcW w:type="dxa" w:w="2608"/>
          </w:tcPr>
          <w:p>
            <w:r/>
            <w:r>
              <w:rPr>
                <w:rFonts w:ascii="Microsoft YaHei" w:hAnsi="Microsoft YaHei" w:eastAsia="Microsoft YaHei"/>
                <w:sz w:val="19"/>
              </w:rPr>
              <w:t>计算机程序设计员（含低代码开发员）</w:t>
            </w:r>
          </w:p>
        </w:tc>
        <w:tc>
          <w:tcPr>
            <w:tcW w:type="dxa" w:w="1701"/>
          </w:tcPr>
          <w:p>
            <w:r/>
            <w:r>
              <w:rPr>
                <w:rFonts w:ascii="Microsoft YaHei" w:hAnsi="Microsoft YaHei" w:eastAsia="Microsoft YaHei"/>
                <w:sz w:val="19"/>
              </w:rPr>
              <w:t>技能人员·数字</w:t>
            </w:r>
          </w:p>
        </w:tc>
        <w:tc>
          <w:tcPr>
            <w:tcW w:type="dxa" w:w="3402"/>
          </w:tcPr>
          <w:p>
            <w:r/>
            <w:r>
              <w:rPr>
                <w:rFonts w:ascii="Microsoft YaHei" w:hAnsi="Microsoft YaHei" w:eastAsia="Microsoft YaHei"/>
                <w:sz w:val="19"/>
              </w:rPr>
              <w:t>程序开发/低代码——第8章主线（第8章）</w:t>
            </w:r>
          </w:p>
        </w:tc>
      </w:tr>
      <w:tr>
        <w:tc>
          <w:tcPr>
            <w:tcW w:type="dxa" w:w="1474"/>
          </w:tcPr>
          <w:p>
            <w:r/>
            <w:r>
              <w:rPr>
                <w:rFonts w:ascii="Microsoft YaHei" w:hAnsi="Microsoft YaHei" w:eastAsia="Microsoft YaHei"/>
                <w:sz w:val="19"/>
              </w:rPr>
              <w:t>4-04-05-02</w:t>
            </w:r>
          </w:p>
        </w:tc>
        <w:tc>
          <w:tcPr>
            <w:tcW w:type="dxa" w:w="2608"/>
          </w:tcPr>
          <w:p>
            <w:r/>
            <w:r>
              <w:rPr>
                <w:rFonts w:ascii="Microsoft YaHei" w:hAnsi="Microsoft YaHei" w:eastAsia="Microsoft YaHei"/>
                <w:sz w:val="19"/>
              </w:rPr>
              <w:t>计算机软件测试员</w:t>
            </w:r>
          </w:p>
        </w:tc>
        <w:tc>
          <w:tcPr>
            <w:tcW w:type="dxa" w:w="1701"/>
          </w:tcPr>
          <w:p>
            <w:r/>
            <w:r>
              <w:rPr>
                <w:rFonts w:ascii="Microsoft YaHei" w:hAnsi="Microsoft YaHei" w:eastAsia="Microsoft YaHei"/>
                <w:sz w:val="19"/>
              </w:rPr>
              <w:t>技能人员·数字</w:t>
            </w:r>
          </w:p>
        </w:tc>
        <w:tc>
          <w:tcPr>
            <w:tcW w:type="dxa" w:w="3402"/>
          </w:tcPr>
          <w:p>
            <w:r/>
            <w:r>
              <w:rPr>
                <w:rFonts w:ascii="Microsoft YaHei" w:hAnsi="Microsoft YaHei" w:eastAsia="Microsoft YaHei"/>
                <w:sz w:val="19"/>
              </w:rPr>
              <w:t>软件质量验证（第9章）</w:t>
            </w:r>
          </w:p>
        </w:tc>
      </w:tr>
      <w:tr>
        <w:tc>
          <w:tcPr>
            <w:tcW w:type="dxa" w:w="1474"/>
          </w:tcPr>
          <w:p>
            <w:r/>
            <w:r>
              <w:rPr>
                <w:rFonts w:ascii="Microsoft YaHei" w:hAnsi="Microsoft YaHei" w:eastAsia="Microsoft YaHei"/>
                <w:sz w:val="19"/>
              </w:rPr>
              <w:t>4-04-05-04</w:t>
            </w:r>
          </w:p>
        </w:tc>
        <w:tc>
          <w:tcPr>
            <w:tcW w:type="dxa" w:w="2608"/>
          </w:tcPr>
          <w:p>
            <w:r/>
            <w:r>
              <w:rPr>
                <w:rFonts w:ascii="Microsoft YaHei" w:hAnsi="Microsoft YaHei" w:eastAsia="Microsoft YaHei"/>
                <w:sz w:val="19"/>
              </w:rPr>
              <w:t>数据库运行管理员</w:t>
            </w:r>
          </w:p>
        </w:tc>
        <w:tc>
          <w:tcPr>
            <w:tcW w:type="dxa" w:w="1701"/>
          </w:tcPr>
          <w:p>
            <w:r/>
            <w:r>
              <w:rPr>
                <w:rFonts w:ascii="Microsoft YaHei" w:hAnsi="Microsoft YaHei" w:eastAsia="Microsoft YaHei"/>
                <w:sz w:val="19"/>
              </w:rPr>
              <w:t>技能人员·数字</w:t>
            </w:r>
          </w:p>
        </w:tc>
        <w:tc>
          <w:tcPr>
            <w:tcW w:type="dxa" w:w="3402"/>
          </w:tcPr>
          <w:p>
            <w:r/>
            <w:r>
              <w:rPr>
                <w:rFonts w:ascii="Microsoft YaHei" w:hAnsi="Microsoft YaHei" w:eastAsia="Microsoft YaHei"/>
                <w:sz w:val="19"/>
              </w:rPr>
              <w:t>数据/RAG 底座（第5章）</w:t>
            </w:r>
          </w:p>
        </w:tc>
      </w:tr>
      <w:tr>
        <w:tc>
          <w:tcPr>
            <w:tcW w:type="dxa" w:w="1474"/>
          </w:tcPr>
          <w:p>
            <w:r/>
            <w:r>
              <w:rPr>
                <w:rFonts w:ascii="Microsoft YaHei" w:hAnsi="Microsoft YaHei" w:eastAsia="Microsoft YaHei"/>
                <w:sz w:val="19"/>
              </w:rPr>
              <w:t>4-04-05-05</w:t>
            </w:r>
          </w:p>
        </w:tc>
        <w:tc>
          <w:tcPr>
            <w:tcW w:type="dxa" w:w="2608"/>
          </w:tcPr>
          <w:p>
            <w:r/>
            <w:r>
              <w:rPr>
                <w:rFonts w:ascii="Microsoft YaHei" w:hAnsi="Microsoft YaHei" w:eastAsia="Microsoft YaHei"/>
                <w:sz w:val="19"/>
              </w:rPr>
              <w:t>人工智能训练师（含数字人训练师）</w:t>
            </w:r>
          </w:p>
        </w:tc>
        <w:tc>
          <w:tcPr>
            <w:tcW w:type="dxa" w:w="1701"/>
          </w:tcPr>
          <w:p>
            <w:r/>
            <w:r>
              <w:rPr>
                <w:rFonts w:ascii="Microsoft YaHei" w:hAnsi="Microsoft YaHei" w:eastAsia="Microsoft YaHei"/>
                <w:sz w:val="19"/>
              </w:rPr>
              <w:t>技能人员·数字</w:t>
            </w:r>
          </w:p>
        </w:tc>
        <w:tc>
          <w:tcPr>
            <w:tcW w:type="dxa" w:w="3402"/>
          </w:tcPr>
          <w:p>
            <w:r/>
            <w:r>
              <w:rPr>
                <w:rFonts w:ascii="Microsoft YaHei" w:hAnsi="Microsoft YaHei" w:eastAsia="Microsoft YaHei"/>
                <w:sz w:val="19"/>
              </w:rPr>
              <w:t>训练智能体/数字人（第5/6/7章）</w:t>
            </w:r>
          </w:p>
        </w:tc>
      </w:tr>
      <w:tr>
        <w:tc>
          <w:tcPr>
            <w:tcW w:type="dxa" w:w="1474"/>
          </w:tcPr>
          <w:p>
            <w:r/>
            <w:r>
              <w:rPr>
                <w:rFonts w:ascii="Microsoft YaHei" w:hAnsi="Microsoft YaHei" w:eastAsia="Microsoft YaHei"/>
                <w:sz w:val="19"/>
              </w:rPr>
              <w:t>4-04-05-06</w:t>
            </w:r>
          </w:p>
        </w:tc>
        <w:tc>
          <w:tcPr>
            <w:tcW w:type="dxa" w:w="2608"/>
          </w:tcPr>
          <w:p>
            <w:r/>
            <w:r>
              <w:rPr>
                <w:rFonts w:ascii="Microsoft YaHei" w:hAnsi="Microsoft YaHei" w:eastAsia="Microsoft YaHei"/>
                <w:sz w:val="19"/>
              </w:rPr>
              <w:t>区块链应用操作员</w:t>
            </w:r>
          </w:p>
        </w:tc>
        <w:tc>
          <w:tcPr>
            <w:tcW w:type="dxa" w:w="1701"/>
          </w:tcPr>
          <w:p>
            <w:r/>
            <w:r>
              <w:rPr>
                <w:rFonts w:ascii="Microsoft YaHei" w:hAnsi="Microsoft YaHei" w:eastAsia="Microsoft YaHei"/>
                <w:sz w:val="19"/>
              </w:rPr>
              <w:t>技能人员·数字</w:t>
            </w:r>
          </w:p>
        </w:tc>
        <w:tc>
          <w:tcPr>
            <w:tcW w:type="dxa" w:w="3402"/>
          </w:tcPr>
          <w:p>
            <w:r/>
            <w:r>
              <w:rPr>
                <w:rFonts w:ascii="Microsoft YaHei" w:hAnsi="Microsoft YaHei" w:eastAsia="Microsoft YaHei"/>
                <w:sz w:val="19"/>
              </w:rPr>
              <w:t>区块链应用运维（第4章）</w:t>
            </w:r>
          </w:p>
        </w:tc>
      </w:tr>
      <w:tr>
        <w:tc>
          <w:tcPr>
            <w:tcW w:type="dxa" w:w="1474"/>
          </w:tcPr>
          <w:p>
            <w:r/>
            <w:r>
              <w:rPr>
                <w:rFonts w:ascii="Microsoft YaHei" w:hAnsi="Microsoft YaHei" w:eastAsia="Microsoft YaHei"/>
                <w:sz w:val="19"/>
              </w:rPr>
              <w:t>4-04-05-09</w:t>
            </w:r>
          </w:p>
        </w:tc>
        <w:tc>
          <w:tcPr>
            <w:tcW w:type="dxa" w:w="2608"/>
          </w:tcPr>
          <w:p>
            <w:r/>
            <w:r>
              <w:rPr>
                <w:rFonts w:ascii="Microsoft YaHei" w:hAnsi="Microsoft YaHei" w:eastAsia="Microsoft YaHei"/>
                <w:sz w:val="19"/>
              </w:rPr>
              <w:t>信息系统适配验证师（含适配运维师）</w:t>
            </w:r>
          </w:p>
        </w:tc>
        <w:tc>
          <w:tcPr>
            <w:tcW w:type="dxa" w:w="1701"/>
          </w:tcPr>
          <w:p>
            <w:r/>
            <w:r>
              <w:rPr>
                <w:rFonts w:ascii="Microsoft YaHei" w:hAnsi="Microsoft YaHei" w:eastAsia="Microsoft YaHei"/>
                <w:sz w:val="19"/>
              </w:rPr>
              <w:t>技能人员·数字</w:t>
            </w:r>
          </w:p>
        </w:tc>
        <w:tc>
          <w:tcPr>
            <w:tcW w:type="dxa" w:w="3402"/>
          </w:tcPr>
          <w:p>
            <w:r/>
            <w:r>
              <w:rPr>
                <w:rFonts w:ascii="Microsoft YaHei" w:hAnsi="Microsoft YaHei" w:eastAsia="Microsoft YaHei"/>
                <w:sz w:val="19"/>
              </w:rPr>
              <w:t>系统集成/验证（第4/9章）</w:t>
            </w:r>
          </w:p>
        </w:tc>
      </w:tr>
      <w:tr>
        <w:tc>
          <w:tcPr>
            <w:tcW w:type="dxa" w:w="1474"/>
          </w:tcPr>
          <w:p>
            <w:r/>
            <w:r>
              <w:rPr>
                <w:rFonts w:ascii="Microsoft YaHei" w:hAnsi="Microsoft YaHei" w:eastAsia="Microsoft YaHei"/>
                <w:sz w:val="19"/>
              </w:rPr>
              <w:t>4-04-05-10</w:t>
            </w:r>
          </w:p>
        </w:tc>
        <w:tc>
          <w:tcPr>
            <w:tcW w:type="dxa" w:w="2608"/>
          </w:tcPr>
          <w:p>
            <w:r/>
            <w:r>
              <w:rPr>
                <w:rFonts w:ascii="Microsoft YaHei" w:hAnsi="Microsoft YaHei" w:eastAsia="Microsoft YaHei"/>
                <w:sz w:val="19"/>
              </w:rPr>
              <w:t>数字孪生应用技术员</w:t>
            </w:r>
          </w:p>
        </w:tc>
        <w:tc>
          <w:tcPr>
            <w:tcW w:type="dxa" w:w="1701"/>
          </w:tcPr>
          <w:p>
            <w:r/>
            <w:r>
              <w:rPr>
                <w:rFonts w:ascii="Microsoft YaHei" w:hAnsi="Microsoft YaHei" w:eastAsia="Microsoft YaHei"/>
                <w:sz w:val="19"/>
              </w:rPr>
              <w:t>技能人员·数字</w:t>
            </w:r>
          </w:p>
        </w:tc>
        <w:tc>
          <w:tcPr>
            <w:tcW w:type="dxa" w:w="3402"/>
          </w:tcPr>
          <w:p>
            <w:r/>
            <w:r>
              <w:rPr>
                <w:rFonts w:ascii="Microsoft YaHei" w:hAnsi="Microsoft YaHei" w:eastAsia="Microsoft YaHei"/>
                <w:sz w:val="19"/>
              </w:rPr>
              <w:t>系统数字孪生（第4章）</w:t>
            </w:r>
          </w:p>
        </w:tc>
      </w:tr>
      <w:tr>
        <w:tc>
          <w:tcPr>
            <w:tcW w:type="dxa" w:w="1474"/>
          </w:tcPr>
          <w:p>
            <w:r/>
            <w:r>
              <w:rPr>
                <w:rFonts w:ascii="Microsoft YaHei" w:hAnsi="Microsoft YaHei" w:eastAsia="Microsoft YaHei"/>
                <w:sz w:val="19"/>
              </w:rPr>
              <w:t>4-04-05-12</w:t>
            </w:r>
          </w:p>
        </w:tc>
        <w:tc>
          <w:tcPr>
            <w:tcW w:type="dxa" w:w="2608"/>
          </w:tcPr>
          <w:p>
            <w:r/>
            <w:r>
              <w:rPr>
                <w:rFonts w:ascii="Microsoft YaHei" w:hAnsi="Microsoft YaHei" w:eastAsia="Microsoft YaHei"/>
                <w:sz w:val="19"/>
              </w:rPr>
              <w:t>云网智能运维员</w:t>
            </w:r>
          </w:p>
        </w:tc>
        <w:tc>
          <w:tcPr>
            <w:tcW w:type="dxa" w:w="1701"/>
          </w:tcPr>
          <w:p>
            <w:r/>
            <w:r>
              <w:rPr>
                <w:rFonts w:ascii="Microsoft YaHei" w:hAnsi="Microsoft YaHei" w:eastAsia="Microsoft YaHei"/>
                <w:sz w:val="19"/>
              </w:rPr>
              <w:t>技能人员·数字·2024新职业</w:t>
            </w:r>
          </w:p>
        </w:tc>
        <w:tc>
          <w:tcPr>
            <w:tcW w:type="dxa" w:w="3402"/>
          </w:tcPr>
          <w:p>
            <w:r/>
            <w:r>
              <w:rPr>
                <w:rFonts w:ascii="Microsoft YaHei" w:hAnsi="Microsoft YaHei" w:eastAsia="Microsoft YaHei"/>
                <w:sz w:val="19"/>
              </w:rPr>
              <w:t>云网运维（第9章）</w:t>
            </w:r>
          </w:p>
        </w:tc>
      </w:tr>
      <w:tr>
        <w:tc>
          <w:tcPr>
            <w:tcW w:type="dxa" w:w="1474"/>
          </w:tcPr>
          <w:p>
            <w:r/>
            <w:r>
              <w:rPr>
                <w:rFonts w:ascii="Microsoft YaHei" w:hAnsi="Microsoft YaHei" w:eastAsia="Microsoft YaHei"/>
                <w:sz w:val="19"/>
              </w:rPr>
              <w:t>4-04-05-13</w:t>
            </w:r>
          </w:p>
        </w:tc>
        <w:tc>
          <w:tcPr>
            <w:tcW w:type="dxa" w:w="2608"/>
          </w:tcPr>
          <w:p>
            <w:r/>
            <w:r>
              <w:rPr>
                <w:rFonts w:ascii="Microsoft YaHei" w:hAnsi="Microsoft YaHei" w:eastAsia="Microsoft YaHei"/>
                <w:sz w:val="19"/>
              </w:rPr>
              <w:t>生成式人工智能系统应用员</w:t>
            </w:r>
          </w:p>
        </w:tc>
        <w:tc>
          <w:tcPr>
            <w:tcW w:type="dxa" w:w="1701"/>
          </w:tcPr>
          <w:p>
            <w:r/>
            <w:r>
              <w:rPr>
                <w:rFonts w:ascii="Microsoft YaHei" w:hAnsi="Microsoft YaHei" w:eastAsia="Microsoft YaHei"/>
                <w:sz w:val="19"/>
              </w:rPr>
              <w:t>技能人员·数字·2024新职业</w:t>
            </w:r>
          </w:p>
        </w:tc>
        <w:tc>
          <w:tcPr>
            <w:tcW w:type="dxa" w:w="3402"/>
          </w:tcPr>
          <w:p>
            <w:r/>
            <w:r>
              <w:rPr>
                <w:rFonts w:ascii="Microsoft YaHei" w:hAnsi="Microsoft YaHei" w:eastAsia="Microsoft YaHei"/>
                <w:sz w:val="19"/>
              </w:rPr>
              <w:t>设计/调用/训练生成式AI系统——与 Coze 搭智能体高度贴合（第1/5/7/8章）</w:t>
            </w:r>
          </w:p>
        </w:tc>
      </w:tr>
    </w:tbl>
    <w:p>
      <w:pPr>
        <w:pStyle w:val="Heading1"/>
      </w:pPr>
      <w:r>
        <w:rPr>
          <w:rFonts w:ascii="Microsoft YaHei" w:hAnsi="Microsoft YaHei" w:eastAsia="Microsoft YaHei"/>
        </w:rPr>
        <w:t>二、薪资参考（江苏 2024 人力资源市场工资价位 · 中位年薪，单位元/年）</w:t>
      </w:r>
    </w:p>
    <w:p>
      <w:r>
        <w:t>中位年薪 = 年薪中位数（50%分位）；90%分位代表高绩效/资深岗位的“理想薪资线”。数据来源：江苏省人力资源和社会保障厅《2024年度人力资源市场工资价位》。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474"/>
          </w:tcPr>
          <w:p>
            <w:r/>
            <w:r>
              <w:rPr>
                <w:rFonts w:ascii="Microsoft YaHei" w:hAnsi="Microsoft YaHei" w:eastAsia="Microsoft YaHei"/>
                <w:b/>
                <w:sz w:val="19"/>
              </w:rPr>
              <w:t>职业编码</w:t>
            </w:r>
          </w:p>
        </w:tc>
        <w:tc>
          <w:tcPr>
            <w:tcW w:type="dxa" w:w="2608"/>
          </w:tcPr>
          <w:p>
            <w:r/>
            <w:r>
              <w:rPr>
                <w:rFonts w:ascii="Microsoft YaHei" w:hAnsi="Microsoft YaHei" w:eastAsia="Microsoft YaHei"/>
                <w:b/>
                <w:sz w:val="19"/>
              </w:rPr>
              <w:t>职业名称</w:t>
            </w:r>
          </w:p>
        </w:tc>
        <w:tc>
          <w:tcPr>
            <w:tcW w:type="dxa" w:w="1361"/>
          </w:tcPr>
          <w:p>
            <w:r/>
            <w:r>
              <w:rPr>
                <w:rFonts w:ascii="Microsoft YaHei" w:hAnsi="Microsoft YaHei" w:eastAsia="Microsoft YaHei"/>
                <w:b/>
                <w:sz w:val="19"/>
              </w:rPr>
              <w:t>中位年薪</w:t>
            </w:r>
          </w:p>
        </w:tc>
        <w:tc>
          <w:tcPr>
            <w:tcW w:type="dxa" w:w="1361"/>
          </w:tcPr>
          <w:p>
            <w:r/>
            <w:r>
              <w:rPr>
                <w:rFonts w:ascii="Microsoft YaHei" w:hAnsi="Microsoft YaHei" w:eastAsia="Microsoft YaHei"/>
                <w:b/>
                <w:sz w:val="19"/>
              </w:rPr>
              <w:t>90%分位</w:t>
            </w:r>
          </w:p>
        </w:tc>
        <w:tc>
          <w:tcPr>
            <w:tcW w:type="dxa" w:w="2268"/>
          </w:tcPr>
          <w:p>
            <w:r/>
            <w:r>
              <w:rPr>
                <w:rFonts w:ascii="Microsoft YaHei" w:hAnsi="Microsoft YaHei" w:eastAsia="Microsoft YaHei"/>
                <w:b/>
                <w:sz w:val="19"/>
              </w:rPr>
              <w:t>说明</w:t>
            </w:r>
          </w:p>
        </w:tc>
      </w:tr>
      <w:tr>
        <w:tc>
          <w:tcPr>
            <w:tcW w:type="dxa" w:w="1474"/>
          </w:tcPr>
          <w:p>
            <w:r/>
            <w:r>
              <w:rPr>
                <w:rFonts w:ascii="Microsoft YaHei" w:hAnsi="Microsoft YaHei" w:eastAsia="Microsoft YaHei"/>
                <w:sz w:val="19"/>
              </w:rPr>
              <w:t>2-02-10-05</w:t>
            </w:r>
          </w:p>
        </w:tc>
        <w:tc>
          <w:tcPr>
            <w:tcW w:type="dxa" w:w="2608"/>
          </w:tcPr>
          <w:p>
            <w:r/>
            <w:r>
              <w:rPr>
                <w:rFonts w:ascii="Microsoft YaHei" w:hAnsi="Microsoft YaHei" w:eastAsia="Microsoft YaHei"/>
                <w:sz w:val="19"/>
              </w:rPr>
              <w:t>信息系统分析工程技术人员</w:t>
            </w:r>
          </w:p>
        </w:tc>
        <w:tc>
          <w:tcPr>
            <w:tcW w:type="dxa" w:w="1361"/>
          </w:tcPr>
          <w:p>
            <w:r/>
            <w:r>
              <w:rPr>
                <w:rFonts w:ascii="Microsoft YaHei" w:hAnsi="Microsoft YaHei" w:eastAsia="Microsoft YaHei"/>
                <w:sz w:val="19"/>
              </w:rPr>
              <w:t>100,048</w:t>
            </w:r>
          </w:p>
        </w:tc>
        <w:tc>
          <w:tcPr>
            <w:tcW w:type="dxa" w:w="1361"/>
          </w:tcPr>
          <w:p>
            <w:r/>
            <w:r>
              <w:rPr>
                <w:rFonts w:ascii="Microsoft YaHei" w:hAnsi="Microsoft YaHei" w:eastAsia="Microsoft YaHei"/>
                <w:sz w:val="19"/>
              </w:rPr>
              <w:t>262,725</w:t>
            </w:r>
          </w:p>
        </w:tc>
        <w:tc>
          <w:tcPr>
            <w:tcW w:type="dxa" w:w="2268"/>
          </w:tcPr>
          <w:p>
            <w:r/>
            <w:r>
              <w:rPr>
                <w:rFonts w:ascii="Microsoft YaHei" w:hAnsi="Microsoft YaHei" w:eastAsia="Microsoft YaHei"/>
                <w:sz w:val="19"/>
              </w:rPr>
              <w:t>本课核心出口岗位</w:t>
            </w:r>
          </w:p>
        </w:tc>
      </w:tr>
      <w:tr>
        <w:tc>
          <w:tcPr>
            <w:tcW w:type="dxa" w:w="1474"/>
          </w:tcPr>
          <w:p>
            <w:r/>
            <w:r>
              <w:rPr>
                <w:rFonts w:ascii="Microsoft YaHei" w:hAnsi="Microsoft YaHei" w:eastAsia="Microsoft YaHei"/>
                <w:sz w:val="19"/>
              </w:rPr>
              <w:t>2-02-10-03</w:t>
            </w:r>
          </w:p>
        </w:tc>
        <w:tc>
          <w:tcPr>
            <w:tcW w:type="dxa" w:w="2608"/>
          </w:tcPr>
          <w:p>
            <w:r/>
            <w:r>
              <w:rPr>
                <w:rFonts w:ascii="Microsoft YaHei" w:hAnsi="Microsoft YaHei" w:eastAsia="Microsoft YaHei"/>
                <w:sz w:val="19"/>
              </w:rPr>
              <w:t>计算机软件工程技术人员</w:t>
            </w:r>
          </w:p>
        </w:tc>
        <w:tc>
          <w:tcPr>
            <w:tcW w:type="dxa" w:w="1361"/>
          </w:tcPr>
          <w:p>
            <w:r/>
            <w:r>
              <w:rPr>
                <w:rFonts w:ascii="Microsoft YaHei" w:hAnsi="Microsoft YaHei" w:eastAsia="Microsoft YaHei"/>
                <w:sz w:val="19"/>
              </w:rPr>
              <w:t>125,195</w:t>
            </w:r>
          </w:p>
        </w:tc>
        <w:tc>
          <w:tcPr>
            <w:tcW w:type="dxa" w:w="1361"/>
          </w:tcPr>
          <w:p>
            <w:r/>
            <w:r>
              <w:rPr>
                <w:rFonts w:ascii="Microsoft YaHei" w:hAnsi="Microsoft YaHei" w:eastAsia="Microsoft YaHei"/>
                <w:sz w:val="19"/>
              </w:rPr>
              <w:t>272,644</w:t>
            </w:r>
          </w:p>
        </w:tc>
        <w:tc>
          <w:tcPr>
            <w:tcW w:type="dxa" w:w="2268"/>
          </w:tcPr>
          <w:p>
            <w:r/>
            <w:r>
              <w:rPr>
                <w:rFonts w:ascii="Microsoft YaHei" w:hAnsi="Microsoft YaHei" w:eastAsia="Microsoft YaHei"/>
                <w:sz w:val="19"/>
              </w:rPr>
              <w:t>系统开发实现</w:t>
            </w:r>
          </w:p>
        </w:tc>
      </w:tr>
      <w:tr>
        <w:tc>
          <w:tcPr>
            <w:tcW w:type="dxa" w:w="1474"/>
          </w:tcPr>
          <w:p>
            <w:r/>
            <w:r>
              <w:rPr>
                <w:rFonts w:ascii="Microsoft YaHei" w:hAnsi="Microsoft YaHei" w:eastAsia="Microsoft YaHei"/>
                <w:sz w:val="19"/>
              </w:rPr>
              <w:t>2-02-10-04</w:t>
            </w:r>
          </w:p>
        </w:tc>
        <w:tc>
          <w:tcPr>
            <w:tcW w:type="dxa" w:w="2608"/>
          </w:tcPr>
          <w:p>
            <w:r/>
            <w:r>
              <w:rPr>
                <w:rFonts w:ascii="Microsoft YaHei" w:hAnsi="Microsoft YaHei" w:eastAsia="Microsoft YaHei"/>
                <w:sz w:val="19"/>
              </w:rPr>
              <w:t>计算机网络工程技术人员</w:t>
            </w:r>
          </w:p>
        </w:tc>
        <w:tc>
          <w:tcPr>
            <w:tcW w:type="dxa" w:w="1361"/>
          </w:tcPr>
          <w:p>
            <w:r/>
            <w:r>
              <w:rPr>
                <w:rFonts w:ascii="Microsoft YaHei" w:hAnsi="Microsoft YaHei" w:eastAsia="Microsoft YaHei"/>
                <w:sz w:val="19"/>
              </w:rPr>
              <w:t>80,880</w:t>
            </w:r>
          </w:p>
        </w:tc>
        <w:tc>
          <w:tcPr>
            <w:tcW w:type="dxa" w:w="1361"/>
          </w:tcPr>
          <w:p>
            <w:r/>
            <w:r>
              <w:rPr>
                <w:rFonts w:ascii="Microsoft YaHei" w:hAnsi="Microsoft YaHei" w:eastAsia="Microsoft YaHei"/>
                <w:sz w:val="19"/>
              </w:rPr>
              <w:t>172,695</w:t>
            </w:r>
          </w:p>
        </w:tc>
        <w:tc>
          <w:tcPr>
            <w:tcW w:type="dxa" w:w="2268"/>
          </w:tcPr>
          <w:p>
            <w:r/>
            <w:r>
              <w:rPr>
                <w:rFonts w:ascii="Microsoft YaHei" w:hAnsi="Microsoft YaHei" w:eastAsia="Microsoft YaHei"/>
                <w:sz w:val="19"/>
              </w:rPr>
              <w:t>网络规划与集成</w:t>
            </w:r>
          </w:p>
        </w:tc>
      </w:tr>
      <w:tr>
        <w:tc>
          <w:tcPr>
            <w:tcW w:type="dxa" w:w="1474"/>
          </w:tcPr>
          <w:p>
            <w:r/>
            <w:r>
              <w:rPr>
                <w:rFonts w:ascii="Microsoft YaHei" w:hAnsi="Microsoft YaHei" w:eastAsia="Microsoft YaHei"/>
                <w:sz w:val="19"/>
              </w:rPr>
              <w:t>2-02-10-07</w:t>
            </w:r>
          </w:p>
        </w:tc>
        <w:tc>
          <w:tcPr>
            <w:tcW w:type="dxa" w:w="2608"/>
          </w:tcPr>
          <w:p>
            <w:r/>
            <w:r>
              <w:rPr>
                <w:rFonts w:ascii="Microsoft YaHei" w:hAnsi="Microsoft YaHei" w:eastAsia="Microsoft YaHei"/>
                <w:sz w:val="19"/>
              </w:rPr>
              <w:t>信息安全工程技术人员</w:t>
            </w:r>
          </w:p>
        </w:tc>
        <w:tc>
          <w:tcPr>
            <w:tcW w:type="dxa" w:w="1361"/>
          </w:tcPr>
          <w:p>
            <w:r/>
            <w:r>
              <w:rPr>
                <w:rFonts w:ascii="Microsoft YaHei" w:hAnsi="Microsoft YaHei" w:eastAsia="Microsoft YaHei"/>
                <w:sz w:val="19"/>
              </w:rPr>
              <w:t>85,000</w:t>
            </w:r>
          </w:p>
        </w:tc>
        <w:tc>
          <w:tcPr>
            <w:tcW w:type="dxa" w:w="1361"/>
          </w:tcPr>
          <w:p>
            <w:r/>
            <w:r>
              <w:rPr>
                <w:rFonts w:ascii="Microsoft YaHei" w:hAnsi="Microsoft YaHei" w:eastAsia="Microsoft YaHei"/>
                <w:sz w:val="19"/>
              </w:rPr>
              <w:t>171,381</w:t>
            </w:r>
          </w:p>
        </w:tc>
        <w:tc>
          <w:tcPr>
            <w:tcW w:type="dxa" w:w="2268"/>
          </w:tcPr>
          <w:p>
            <w:r/>
            <w:r>
              <w:rPr>
                <w:rFonts w:ascii="Microsoft YaHei" w:hAnsi="Microsoft YaHei" w:eastAsia="Microsoft YaHei"/>
                <w:sz w:val="19"/>
              </w:rPr>
              <w:t>安全/合规</w:t>
            </w:r>
          </w:p>
        </w:tc>
      </w:tr>
      <w:tr>
        <w:tc>
          <w:tcPr>
            <w:tcW w:type="dxa" w:w="1474"/>
          </w:tcPr>
          <w:p>
            <w:r/>
            <w:r>
              <w:rPr>
                <w:rFonts w:ascii="Microsoft YaHei" w:hAnsi="Microsoft YaHei" w:eastAsia="Microsoft YaHei"/>
                <w:sz w:val="19"/>
              </w:rPr>
              <w:t>2-02-10-08</w:t>
            </w:r>
          </w:p>
        </w:tc>
        <w:tc>
          <w:tcPr>
            <w:tcW w:type="dxa" w:w="2608"/>
          </w:tcPr>
          <w:p>
            <w:r/>
            <w:r>
              <w:rPr>
                <w:rFonts w:ascii="Microsoft YaHei" w:hAnsi="Microsoft YaHei" w:eastAsia="Microsoft YaHei"/>
                <w:sz w:val="19"/>
              </w:rPr>
              <w:t>信息系统运行维护工程技术人员</w:t>
            </w:r>
          </w:p>
        </w:tc>
        <w:tc>
          <w:tcPr>
            <w:tcW w:type="dxa" w:w="1361"/>
          </w:tcPr>
          <w:p>
            <w:r/>
            <w:r>
              <w:rPr>
                <w:rFonts w:ascii="Microsoft YaHei" w:hAnsi="Microsoft YaHei" w:eastAsia="Microsoft YaHei"/>
                <w:sz w:val="19"/>
              </w:rPr>
              <w:t>84,000</w:t>
            </w:r>
          </w:p>
        </w:tc>
        <w:tc>
          <w:tcPr>
            <w:tcW w:type="dxa" w:w="1361"/>
          </w:tcPr>
          <w:p>
            <w:r/>
            <w:r>
              <w:rPr>
                <w:rFonts w:ascii="Microsoft YaHei" w:hAnsi="Microsoft YaHei" w:eastAsia="Microsoft YaHei"/>
                <w:sz w:val="19"/>
              </w:rPr>
              <w:t>186,835</w:t>
            </w:r>
          </w:p>
        </w:tc>
        <w:tc>
          <w:tcPr>
            <w:tcW w:type="dxa" w:w="2268"/>
          </w:tcPr>
          <w:p>
            <w:r/>
            <w:r>
              <w:rPr>
                <w:rFonts w:ascii="Microsoft YaHei" w:hAnsi="Microsoft YaHei" w:eastAsia="Microsoft YaHei"/>
                <w:sz w:val="19"/>
              </w:rPr>
              <w:t>实施/运维/测试</w:t>
            </w:r>
          </w:p>
        </w:tc>
      </w:tr>
      <w:tr>
        <w:tc>
          <w:tcPr>
            <w:tcW w:type="dxa" w:w="1474"/>
          </w:tcPr>
          <w:p>
            <w:r/>
            <w:r>
              <w:rPr>
                <w:rFonts w:ascii="Microsoft YaHei" w:hAnsi="Microsoft YaHei" w:eastAsia="Microsoft YaHei"/>
                <w:sz w:val="19"/>
              </w:rPr>
              <w:t>2-02-30-08</w:t>
            </w:r>
          </w:p>
        </w:tc>
        <w:tc>
          <w:tcPr>
            <w:tcW w:type="dxa" w:w="2608"/>
          </w:tcPr>
          <w:p>
            <w:r/>
            <w:r>
              <w:rPr>
                <w:rFonts w:ascii="Microsoft YaHei" w:hAnsi="Microsoft YaHei" w:eastAsia="Microsoft YaHei"/>
                <w:sz w:val="19"/>
              </w:rPr>
              <w:t>信息管理工程技术人员</w:t>
            </w:r>
          </w:p>
        </w:tc>
        <w:tc>
          <w:tcPr>
            <w:tcW w:type="dxa" w:w="1361"/>
          </w:tcPr>
          <w:p>
            <w:r/>
            <w:r>
              <w:rPr>
                <w:rFonts w:ascii="Microsoft YaHei" w:hAnsi="Microsoft YaHei" w:eastAsia="Microsoft YaHei"/>
                <w:sz w:val="19"/>
              </w:rPr>
              <w:t>109,153</w:t>
            </w:r>
          </w:p>
        </w:tc>
        <w:tc>
          <w:tcPr>
            <w:tcW w:type="dxa" w:w="1361"/>
          </w:tcPr>
          <w:p>
            <w:r/>
            <w:r>
              <w:rPr>
                <w:rFonts w:ascii="Microsoft YaHei" w:hAnsi="Microsoft YaHei" w:eastAsia="Microsoft YaHei"/>
                <w:sz w:val="19"/>
              </w:rPr>
              <w:t>284,905</w:t>
            </w:r>
          </w:p>
        </w:tc>
        <w:tc>
          <w:tcPr>
            <w:tcW w:type="dxa" w:w="2268"/>
          </w:tcPr>
          <w:p>
            <w:r/>
            <w:r>
              <w:rPr>
                <w:rFonts w:ascii="Microsoft YaHei" w:hAnsi="Microsoft YaHei" w:eastAsia="Microsoft YaHei"/>
                <w:sz w:val="19"/>
              </w:rPr>
              <w:t>信息资源/知识管理</w:t>
            </w:r>
          </w:p>
        </w:tc>
      </w:tr>
      <w:tr>
        <w:tc>
          <w:tcPr>
            <w:tcW w:type="dxa" w:w="1474"/>
          </w:tcPr>
          <w:p>
            <w:r/>
            <w:r>
              <w:rPr>
                <w:rFonts w:ascii="Microsoft YaHei" w:hAnsi="Microsoft YaHei" w:eastAsia="Microsoft YaHei"/>
                <w:sz w:val="19"/>
              </w:rPr>
              <w:t>2-02-30-11</w:t>
            </w:r>
          </w:p>
        </w:tc>
        <w:tc>
          <w:tcPr>
            <w:tcW w:type="dxa" w:w="2608"/>
          </w:tcPr>
          <w:p>
            <w:r/>
            <w:r>
              <w:rPr>
                <w:rFonts w:ascii="Microsoft YaHei" w:hAnsi="Microsoft YaHei" w:eastAsia="Microsoft YaHei"/>
                <w:sz w:val="19"/>
              </w:rPr>
              <w:t>数据分析处理工程技术人员</w:t>
            </w:r>
          </w:p>
        </w:tc>
        <w:tc>
          <w:tcPr>
            <w:tcW w:type="dxa" w:w="1361"/>
          </w:tcPr>
          <w:p>
            <w:r/>
            <w:r>
              <w:rPr>
                <w:rFonts w:ascii="Microsoft YaHei" w:hAnsi="Microsoft YaHei" w:eastAsia="Microsoft YaHei"/>
                <w:sz w:val="19"/>
              </w:rPr>
              <w:t>91,339</w:t>
            </w:r>
          </w:p>
        </w:tc>
        <w:tc>
          <w:tcPr>
            <w:tcW w:type="dxa" w:w="1361"/>
          </w:tcPr>
          <w:p>
            <w:r/>
            <w:r>
              <w:rPr>
                <w:rFonts w:ascii="Microsoft YaHei" w:hAnsi="Microsoft YaHei" w:eastAsia="Microsoft YaHei"/>
                <w:sz w:val="19"/>
              </w:rPr>
              <w:t>200,600</w:t>
            </w:r>
          </w:p>
        </w:tc>
        <w:tc>
          <w:tcPr>
            <w:tcW w:type="dxa" w:w="2268"/>
          </w:tcPr>
          <w:p>
            <w:r/>
            <w:r>
              <w:rPr>
                <w:rFonts w:ascii="Microsoft YaHei" w:hAnsi="Microsoft YaHei" w:eastAsia="Microsoft YaHei"/>
                <w:sz w:val="19"/>
              </w:rPr>
              <w:t>数据治理/分析</w:t>
            </w:r>
          </w:p>
        </w:tc>
      </w:tr>
      <w:tr>
        <w:tc>
          <w:tcPr>
            <w:tcW w:type="dxa" w:w="1474"/>
          </w:tcPr>
          <w:p>
            <w:r/>
            <w:r>
              <w:rPr>
                <w:rFonts w:ascii="Microsoft YaHei" w:hAnsi="Microsoft YaHei" w:eastAsia="Microsoft YaHei"/>
                <w:sz w:val="19"/>
              </w:rPr>
              <w:t>2-02-38-01</w:t>
            </w:r>
          </w:p>
        </w:tc>
        <w:tc>
          <w:tcPr>
            <w:tcW w:type="dxa" w:w="2608"/>
          </w:tcPr>
          <w:p>
            <w:r/>
            <w:r>
              <w:rPr>
                <w:rFonts w:ascii="Microsoft YaHei" w:hAnsi="Microsoft YaHei" w:eastAsia="Microsoft YaHei"/>
                <w:sz w:val="19"/>
              </w:rPr>
              <w:t>人工智能工程技术人员</w:t>
            </w:r>
          </w:p>
        </w:tc>
        <w:tc>
          <w:tcPr>
            <w:tcW w:type="dxa" w:w="1361"/>
          </w:tcPr>
          <w:p>
            <w:r/>
            <w:r>
              <w:rPr>
                <w:rFonts w:ascii="Microsoft YaHei" w:hAnsi="Microsoft YaHei" w:eastAsia="Microsoft YaHei"/>
                <w:sz w:val="19"/>
              </w:rPr>
              <w:t>159,600</w:t>
            </w:r>
          </w:p>
        </w:tc>
        <w:tc>
          <w:tcPr>
            <w:tcW w:type="dxa" w:w="1361"/>
          </w:tcPr>
          <w:p>
            <w:r/>
            <w:r>
              <w:rPr>
                <w:rFonts w:ascii="Microsoft YaHei" w:hAnsi="Microsoft YaHei" w:eastAsia="Microsoft YaHei"/>
                <w:sz w:val="19"/>
              </w:rPr>
              <w:t>530,260</w:t>
            </w:r>
          </w:p>
        </w:tc>
        <w:tc>
          <w:tcPr>
            <w:tcW w:type="dxa" w:w="2268"/>
          </w:tcPr>
          <w:p>
            <w:r/>
            <w:r>
              <w:rPr>
                <w:rFonts w:ascii="Microsoft YaHei" w:hAnsi="Microsoft YaHei" w:eastAsia="Microsoft YaHei"/>
                <w:sz w:val="19"/>
              </w:rPr>
              <w:t>数字职业榜首（90%分位全场最高）</w:t>
            </w:r>
          </w:p>
        </w:tc>
      </w:tr>
      <w:tr>
        <w:tc>
          <w:tcPr>
            <w:tcW w:type="dxa" w:w="1474"/>
          </w:tcPr>
          <w:p>
            <w:r/>
            <w:r>
              <w:rPr>
                <w:rFonts w:ascii="Microsoft YaHei" w:hAnsi="Microsoft YaHei" w:eastAsia="Microsoft YaHei"/>
                <w:sz w:val="19"/>
              </w:rPr>
              <w:t>2-02-38-02</w:t>
            </w:r>
          </w:p>
        </w:tc>
        <w:tc>
          <w:tcPr>
            <w:tcW w:type="dxa" w:w="2608"/>
          </w:tcPr>
          <w:p>
            <w:r/>
            <w:r>
              <w:rPr>
                <w:rFonts w:ascii="Microsoft YaHei" w:hAnsi="Microsoft YaHei" w:eastAsia="Microsoft YaHei"/>
                <w:sz w:val="19"/>
              </w:rPr>
              <w:t>物联网工程技术人员</w:t>
            </w:r>
          </w:p>
        </w:tc>
        <w:tc>
          <w:tcPr>
            <w:tcW w:type="dxa" w:w="1361"/>
          </w:tcPr>
          <w:p>
            <w:r/>
            <w:r>
              <w:rPr>
                <w:rFonts w:ascii="Microsoft YaHei" w:hAnsi="Microsoft YaHei" w:eastAsia="Microsoft YaHei"/>
                <w:sz w:val="19"/>
              </w:rPr>
              <w:t>125,600</w:t>
            </w:r>
          </w:p>
        </w:tc>
        <w:tc>
          <w:tcPr>
            <w:tcW w:type="dxa" w:w="1361"/>
          </w:tcPr>
          <w:p>
            <w:r/>
            <w:r>
              <w:rPr>
                <w:rFonts w:ascii="Microsoft YaHei" w:hAnsi="Microsoft YaHei" w:eastAsia="Microsoft YaHei"/>
                <w:sz w:val="19"/>
              </w:rPr>
              <w:t>272,076</w:t>
            </w:r>
          </w:p>
        </w:tc>
        <w:tc>
          <w:tcPr>
            <w:tcW w:type="dxa" w:w="2268"/>
          </w:tcPr>
          <w:p>
            <w:r/>
            <w:r>
              <w:rPr>
                <w:rFonts w:ascii="Microsoft YaHei" w:hAnsi="Microsoft YaHei" w:eastAsia="Microsoft YaHei"/>
                <w:sz w:val="19"/>
              </w:rPr>
              <w:t>物联感知/边缘计算</w:t>
            </w:r>
          </w:p>
        </w:tc>
      </w:tr>
      <w:tr>
        <w:tc>
          <w:tcPr>
            <w:tcW w:type="dxa" w:w="1474"/>
          </w:tcPr>
          <w:p>
            <w:r/>
            <w:r>
              <w:rPr>
                <w:rFonts w:ascii="Microsoft YaHei" w:hAnsi="Microsoft YaHei" w:eastAsia="Microsoft YaHei"/>
                <w:sz w:val="19"/>
              </w:rPr>
              <w:t>2-02-38-03</w:t>
            </w:r>
          </w:p>
        </w:tc>
        <w:tc>
          <w:tcPr>
            <w:tcW w:type="dxa" w:w="2608"/>
          </w:tcPr>
          <w:p>
            <w:r/>
            <w:r>
              <w:rPr>
                <w:rFonts w:ascii="Microsoft YaHei" w:hAnsi="Microsoft YaHei" w:eastAsia="Microsoft YaHei"/>
                <w:sz w:val="19"/>
              </w:rPr>
              <w:t>大数据工程技术人员</w:t>
            </w:r>
          </w:p>
        </w:tc>
        <w:tc>
          <w:tcPr>
            <w:tcW w:type="dxa" w:w="1361"/>
          </w:tcPr>
          <w:p>
            <w:r/>
            <w:r>
              <w:rPr>
                <w:rFonts w:ascii="Microsoft YaHei" w:hAnsi="Microsoft YaHei" w:eastAsia="Microsoft YaHei"/>
                <w:sz w:val="19"/>
              </w:rPr>
              <w:t>150,000</w:t>
            </w:r>
          </w:p>
        </w:tc>
        <w:tc>
          <w:tcPr>
            <w:tcW w:type="dxa" w:w="1361"/>
          </w:tcPr>
          <w:p>
            <w:r/>
            <w:r>
              <w:rPr>
                <w:rFonts w:ascii="Microsoft YaHei" w:hAnsi="Microsoft YaHei" w:eastAsia="Microsoft YaHei"/>
                <w:sz w:val="19"/>
              </w:rPr>
              <w:t>304,885</w:t>
            </w:r>
          </w:p>
        </w:tc>
        <w:tc>
          <w:tcPr>
            <w:tcW w:type="dxa" w:w="2268"/>
          </w:tcPr>
          <w:p>
            <w:r/>
            <w:r>
              <w:rPr>
                <w:rFonts w:ascii="Microsoft YaHei" w:hAnsi="Microsoft YaHei" w:eastAsia="Microsoft YaHei"/>
                <w:sz w:val="19"/>
              </w:rPr>
              <w:t>数据治理/分析平台</w:t>
            </w:r>
          </w:p>
        </w:tc>
      </w:tr>
      <w:tr>
        <w:tc>
          <w:tcPr>
            <w:tcW w:type="dxa" w:w="1474"/>
          </w:tcPr>
          <w:p>
            <w:r/>
            <w:r>
              <w:rPr>
                <w:rFonts w:ascii="Microsoft YaHei" w:hAnsi="Microsoft YaHei" w:eastAsia="Microsoft YaHei"/>
                <w:sz w:val="19"/>
              </w:rPr>
              <w:t>2-02-38-09</w:t>
            </w:r>
          </w:p>
        </w:tc>
        <w:tc>
          <w:tcPr>
            <w:tcW w:type="dxa" w:w="2608"/>
          </w:tcPr>
          <w:p>
            <w:r/>
            <w:r>
              <w:rPr>
                <w:rFonts w:ascii="Microsoft YaHei" w:hAnsi="Microsoft YaHei" w:eastAsia="Microsoft YaHei"/>
                <w:sz w:val="19"/>
              </w:rPr>
              <w:t>集成电路工程技术人员</w:t>
            </w:r>
          </w:p>
        </w:tc>
        <w:tc>
          <w:tcPr>
            <w:tcW w:type="dxa" w:w="1361"/>
          </w:tcPr>
          <w:p>
            <w:r/>
            <w:r>
              <w:rPr>
                <w:rFonts w:ascii="Microsoft YaHei" w:hAnsi="Microsoft YaHei" w:eastAsia="Microsoft YaHei"/>
                <w:sz w:val="19"/>
              </w:rPr>
              <w:t>132,320</w:t>
            </w:r>
          </w:p>
        </w:tc>
        <w:tc>
          <w:tcPr>
            <w:tcW w:type="dxa" w:w="1361"/>
          </w:tcPr>
          <w:p>
            <w:r/>
            <w:r>
              <w:rPr>
                <w:rFonts w:ascii="Microsoft YaHei" w:hAnsi="Microsoft YaHei" w:eastAsia="Microsoft YaHei"/>
                <w:sz w:val="19"/>
              </w:rPr>
              <w:t>328,559</w:t>
            </w:r>
          </w:p>
        </w:tc>
        <w:tc>
          <w:tcPr>
            <w:tcW w:type="dxa" w:w="2268"/>
          </w:tcPr>
          <w:p>
            <w:r/>
            <w:r>
              <w:rPr>
                <w:rFonts w:ascii="Microsoft YaHei" w:hAnsi="Microsoft YaHei" w:eastAsia="Microsoft YaHei"/>
                <w:sz w:val="19"/>
              </w:rPr>
              <w:t>算力底座</w:t>
            </w:r>
          </w:p>
        </w:tc>
      </w:tr>
      <w:tr>
        <w:tc>
          <w:tcPr>
            <w:tcW w:type="dxa" w:w="1474"/>
          </w:tcPr>
          <w:p>
            <w:r/>
            <w:r>
              <w:rPr>
                <w:rFonts w:ascii="Microsoft YaHei" w:hAnsi="Microsoft YaHei" w:eastAsia="Microsoft YaHei"/>
                <w:sz w:val="19"/>
              </w:rPr>
              <w:t>2-02-38-10</w:t>
            </w:r>
          </w:p>
        </w:tc>
        <w:tc>
          <w:tcPr>
            <w:tcW w:type="dxa" w:w="2608"/>
          </w:tcPr>
          <w:p>
            <w:r/>
            <w:r>
              <w:rPr>
                <w:rFonts w:ascii="Microsoft YaHei" w:hAnsi="Microsoft YaHei" w:eastAsia="Microsoft YaHei"/>
                <w:sz w:val="19"/>
              </w:rPr>
              <w:t>机器人工程技术人员</w:t>
            </w:r>
          </w:p>
        </w:tc>
        <w:tc>
          <w:tcPr>
            <w:tcW w:type="dxa" w:w="1361"/>
          </w:tcPr>
          <w:p>
            <w:r/>
            <w:r>
              <w:rPr>
                <w:rFonts w:ascii="Microsoft YaHei" w:hAnsi="Microsoft YaHei" w:eastAsia="Microsoft YaHei"/>
                <w:sz w:val="19"/>
              </w:rPr>
              <w:t>86,000</w:t>
            </w:r>
          </w:p>
        </w:tc>
        <w:tc>
          <w:tcPr>
            <w:tcW w:type="dxa" w:w="1361"/>
          </w:tcPr>
          <w:p>
            <w:r/>
            <w:r>
              <w:rPr>
                <w:rFonts w:ascii="Microsoft YaHei" w:hAnsi="Microsoft YaHei" w:eastAsia="Microsoft YaHei"/>
                <w:sz w:val="19"/>
              </w:rPr>
              <w:t>178,142</w:t>
            </w:r>
          </w:p>
        </w:tc>
        <w:tc>
          <w:tcPr>
            <w:tcW w:type="dxa" w:w="2268"/>
          </w:tcPr>
          <w:p>
            <w:r/>
            <w:r>
              <w:rPr>
                <w:rFonts w:ascii="Microsoft YaHei" w:hAnsi="Microsoft YaHei" w:eastAsia="Microsoft YaHei"/>
                <w:sz w:val="19"/>
              </w:rPr>
              <w:t>智能体具身化</w:t>
            </w:r>
          </w:p>
        </w:tc>
      </w:tr>
      <w:tr>
        <w:tc>
          <w:tcPr>
            <w:tcW w:type="dxa" w:w="1474"/>
          </w:tcPr>
          <w:p>
            <w:r/>
            <w:r>
              <w:rPr>
                <w:rFonts w:ascii="Microsoft YaHei" w:hAnsi="Microsoft YaHei" w:eastAsia="Microsoft YaHei"/>
                <w:sz w:val="19"/>
              </w:rPr>
              <w:t>4-04-05-04</w:t>
            </w:r>
          </w:p>
        </w:tc>
        <w:tc>
          <w:tcPr>
            <w:tcW w:type="dxa" w:w="2608"/>
          </w:tcPr>
          <w:p>
            <w:r/>
            <w:r>
              <w:rPr>
                <w:rFonts w:ascii="Microsoft YaHei" w:hAnsi="Microsoft YaHei" w:eastAsia="Microsoft YaHei"/>
                <w:sz w:val="19"/>
              </w:rPr>
              <w:t>数据库运行管理员</w:t>
            </w:r>
          </w:p>
        </w:tc>
        <w:tc>
          <w:tcPr>
            <w:tcW w:type="dxa" w:w="1361"/>
          </w:tcPr>
          <w:p>
            <w:r/>
            <w:r>
              <w:rPr>
                <w:rFonts w:ascii="Microsoft YaHei" w:hAnsi="Microsoft YaHei" w:eastAsia="Microsoft YaHei"/>
                <w:sz w:val="19"/>
              </w:rPr>
              <w:t>—</w:t>
            </w:r>
          </w:p>
        </w:tc>
        <w:tc>
          <w:tcPr>
            <w:tcW w:type="dxa" w:w="1361"/>
          </w:tcPr>
          <w:p>
            <w:r/>
            <w:r>
              <w:rPr>
                <w:rFonts w:ascii="Microsoft YaHei" w:hAnsi="Microsoft YaHei" w:eastAsia="Microsoft YaHei"/>
                <w:sz w:val="19"/>
              </w:rPr>
              <w:t>&gt;200,000</w:t>
            </w:r>
          </w:p>
        </w:tc>
        <w:tc>
          <w:tcPr>
            <w:tcW w:type="dxa" w:w="2268"/>
          </w:tcPr>
          <w:p>
            <w:r/>
            <w:r>
              <w:rPr>
                <w:rFonts w:ascii="Microsoft YaHei" w:hAnsi="Microsoft YaHei" w:eastAsia="Microsoft YaHei"/>
                <w:sz w:val="19"/>
              </w:rPr>
              <w:t>中位未单列；90%分位超 20 万</w:t>
            </w:r>
          </w:p>
        </w:tc>
      </w:tr>
    </w:tbl>
    <w:p>
      <w:r>
        <w:rPr>
          <w:b/>
        </w:rPr>
        <w:t>新兴岗位口径：</w:t>
      </w:r>
      <w:r>
        <w:t>生成式人工智能系统应用员（4-04-05-13 S）、人工智能训练师（4-04-05-05）、低代码开发员（4-04-05-01 工种）为 2024 年前后新增/新设，月度招聘数据更具参考——人工智能行业平均招聘月薪约 13,594 元（智联 2024Q2），人工智能训练师月薪中位数约 7,800–10,500 元（湖北参考目录 / 智联 2024Q3）。</w:t>
      </w:r>
    </w:p>
    <w:p>
      <w:pPr>
        <w:pStyle w:val="Heading1"/>
      </w:pPr>
      <w:r>
        <w:rPr>
          <w:rFonts w:ascii="Microsoft YaHei" w:hAnsi="Microsoft YaHei" w:eastAsia="Microsoft YaHei"/>
        </w:rPr>
        <w:t>三、资格速查（软考 / CISA / 监理）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268"/>
          </w:tcPr>
          <w:p>
            <w:r/>
            <w:r>
              <w:rPr>
                <w:rFonts w:ascii="Microsoft YaHei" w:hAnsi="Microsoft YaHei" w:eastAsia="Microsoft YaHei"/>
                <w:b/>
                <w:sz w:val="19"/>
              </w:rPr>
              <w:t>认证</w:t>
            </w:r>
          </w:p>
        </w:tc>
        <w:tc>
          <w:tcPr>
            <w:tcW w:type="dxa" w:w="2494"/>
          </w:tcPr>
          <w:p>
            <w:r/>
            <w:r>
              <w:rPr>
                <w:rFonts w:ascii="Microsoft YaHei" w:hAnsi="Microsoft YaHei" w:eastAsia="Microsoft YaHei"/>
                <w:b/>
                <w:sz w:val="19"/>
              </w:rPr>
              <w:t>定位 / 价值</w:t>
            </w:r>
          </w:p>
        </w:tc>
        <w:tc>
          <w:tcPr>
            <w:tcW w:type="dxa" w:w="2835"/>
          </w:tcPr>
          <w:p>
            <w:r/>
            <w:r>
              <w:rPr>
                <w:rFonts w:ascii="Microsoft YaHei" w:hAnsi="Microsoft YaHei" w:eastAsia="Microsoft YaHei"/>
                <w:b/>
                <w:sz w:val="19"/>
              </w:rPr>
              <w:t>考查要点</w:t>
            </w:r>
          </w:p>
        </w:tc>
        <w:tc>
          <w:tcPr>
            <w:tcW w:type="dxa" w:w="2268"/>
          </w:tcPr>
          <w:p>
            <w:r/>
            <w:r>
              <w:rPr>
                <w:rFonts w:ascii="Microsoft YaHei" w:hAnsi="Microsoft YaHei" w:eastAsia="Microsoft YaHei"/>
                <w:b/>
                <w:sz w:val="19"/>
              </w:rPr>
              <w:t>与课程对应</w:t>
            </w:r>
          </w:p>
        </w:tc>
      </w:tr>
      <w:tr>
        <w:tc>
          <w:tcPr>
            <w:tcW w:type="dxa" w:w="2268"/>
          </w:tcPr>
          <w:p>
            <w:r/>
            <w:r>
              <w:rPr>
                <w:rFonts w:ascii="Microsoft YaHei" w:hAnsi="Microsoft YaHei" w:eastAsia="Microsoft YaHei"/>
                <w:sz w:val="19"/>
              </w:rPr>
              <w:t>软考高级·信息系统项目管理师（高项）</w:t>
            </w:r>
          </w:p>
        </w:tc>
        <w:tc>
          <w:tcPr>
            <w:tcW w:type="dxa" w:w="2494"/>
          </w:tcPr>
          <w:p>
            <w:r/>
            <w:r>
              <w:rPr>
                <w:rFonts w:ascii="Microsoft YaHei" w:hAnsi="Microsoft YaHei" w:eastAsia="Microsoft YaHei"/>
                <w:sz w:val="19"/>
              </w:rPr>
              <w:t>以考代评；评职称、落户、招投标加分</w:t>
            </w:r>
          </w:p>
        </w:tc>
        <w:tc>
          <w:tcPr>
            <w:tcW w:type="dxa" w:w="2835"/>
          </w:tcPr>
          <w:p>
            <w:r/>
            <w:r>
              <w:rPr>
                <w:rFonts w:ascii="Microsoft YaHei" w:hAnsi="Microsoft YaHei" w:eastAsia="Microsoft YaHei"/>
                <w:sz w:val="19"/>
              </w:rPr>
              <w:t>综合知识 ＋ 案例分析 ＋ 论文；十大管理领域</w:t>
            </w:r>
          </w:p>
        </w:tc>
        <w:tc>
          <w:tcPr>
            <w:tcW w:type="dxa" w:w="2268"/>
          </w:tcPr>
          <w:p>
            <w:r/>
            <w:r>
              <w:rPr>
                <w:rFonts w:ascii="Microsoft YaHei" w:hAnsi="Microsoft YaHei" w:eastAsia="Microsoft YaHei"/>
                <w:sz w:val="19"/>
              </w:rPr>
              <w:t>第2章立项/可行性、第9章项目管理</w:t>
            </w:r>
          </w:p>
        </w:tc>
      </w:tr>
      <w:tr>
        <w:tc>
          <w:tcPr>
            <w:tcW w:type="dxa" w:w="2268"/>
          </w:tcPr>
          <w:p>
            <w:r/>
            <w:r>
              <w:rPr>
                <w:rFonts w:ascii="Microsoft YaHei" w:hAnsi="Microsoft YaHei" w:eastAsia="Microsoft YaHei"/>
                <w:sz w:val="19"/>
              </w:rPr>
              <w:t>CISA（注册信息系统审计师）</w:t>
            </w:r>
          </w:p>
        </w:tc>
        <w:tc>
          <w:tcPr>
            <w:tcW w:type="dxa" w:w="2494"/>
          </w:tcPr>
          <w:p>
            <w:r/>
            <w:r>
              <w:rPr>
                <w:rFonts w:ascii="Microsoft YaHei" w:hAnsi="Microsoft YaHei" w:eastAsia="Microsoft YaHei"/>
                <w:sz w:val="19"/>
              </w:rPr>
              <w:t>IT 审计国际认证；信息安全/审计/合规方向</w:t>
            </w:r>
          </w:p>
        </w:tc>
        <w:tc>
          <w:tcPr>
            <w:tcW w:type="dxa" w:w="2835"/>
          </w:tcPr>
          <w:p>
            <w:r/>
            <w:r>
              <w:rPr>
                <w:rFonts w:ascii="Microsoft YaHei" w:hAnsi="Microsoft YaHei" w:eastAsia="Microsoft YaHei"/>
                <w:sz w:val="19"/>
              </w:rPr>
              <w:t>五大领域 D1–D5（审计流程/IT治理/购置开发/运营恢复/保护资产）</w:t>
            </w:r>
          </w:p>
        </w:tc>
        <w:tc>
          <w:tcPr>
            <w:tcW w:type="dxa" w:w="2268"/>
          </w:tcPr>
          <w:p>
            <w:r/>
            <w:r>
              <w:rPr>
                <w:rFonts w:ascii="Microsoft YaHei" w:hAnsi="Microsoft YaHei" w:eastAsia="Microsoft YaHei"/>
                <w:sz w:val="19"/>
              </w:rPr>
              <w:t>第3/4章设计评审、第5/6章数据治理、第9章运维</w:t>
            </w:r>
          </w:p>
        </w:tc>
      </w:tr>
      <w:tr>
        <w:tc>
          <w:tcPr>
            <w:tcW w:type="dxa" w:w="2268"/>
          </w:tcPr>
          <w:p>
            <w:r/>
            <w:r>
              <w:rPr>
                <w:rFonts w:ascii="Microsoft YaHei" w:hAnsi="Microsoft YaHei" w:eastAsia="Microsoft YaHei"/>
                <w:sz w:val="19"/>
              </w:rPr>
              <w:t>信息系统监理师（软考中级）</w:t>
            </w:r>
          </w:p>
        </w:tc>
        <w:tc>
          <w:tcPr>
            <w:tcW w:type="dxa" w:w="2494"/>
          </w:tcPr>
          <w:p>
            <w:r/>
            <w:r>
              <w:rPr>
                <w:rFonts w:ascii="Microsoft YaHei" w:hAnsi="Microsoft YaHei" w:eastAsia="Microsoft YaHei"/>
                <w:sz w:val="19"/>
              </w:rPr>
              <w:t>信息化工程第三方监理；质量把关</w:t>
            </w:r>
          </w:p>
        </w:tc>
        <w:tc>
          <w:tcPr>
            <w:tcW w:type="dxa" w:w="2835"/>
          </w:tcPr>
          <w:p>
            <w:r/>
            <w:r>
              <w:rPr>
                <w:rFonts w:ascii="Microsoft YaHei" w:hAnsi="Microsoft YaHei" w:eastAsia="Microsoft YaHei"/>
                <w:sz w:val="19"/>
              </w:rPr>
              <w:t>三控两管一协调（质量/进度/投资控制 ＋ 合同/信息管理 ＋ 协调）</w:t>
            </w:r>
          </w:p>
        </w:tc>
        <w:tc>
          <w:tcPr>
            <w:tcW w:type="dxa" w:w="2268"/>
          </w:tcPr>
          <w:p>
            <w:r/>
            <w:r>
              <w:rPr>
                <w:rFonts w:ascii="Microsoft YaHei" w:hAnsi="Microsoft YaHei" w:eastAsia="Microsoft YaHei"/>
                <w:sz w:val="19"/>
              </w:rPr>
              <w:t>第9章项目管理与质量</w:t>
            </w:r>
          </w:p>
        </w:tc>
      </w:tr>
    </w:tbl>
    <w:p>
      <w:pPr>
        <w:pStyle w:val="Heading1"/>
      </w:pPr>
      <w:r>
        <w:rPr>
          <w:rFonts w:ascii="Microsoft YaHei" w:hAnsi="Microsoft YaHei" w:eastAsia="Microsoft YaHei"/>
        </w:rPr>
        <w:t>四、人才缺口速览</w:t>
      </w:r>
    </w:p>
    <w:p>
      <w:pPr>
        <w:pStyle w:val="ListBullet"/>
      </w:pPr>
      <w:r>
        <w:t>数字人才总体缺口约 2500万–3000万（人瑞人才&amp;德勤 2023 / 人社部九部门《加快数字人才培育支撑数字经济发展行动方案（2024—2026年）》）。</w:t>
      </w:r>
    </w:p>
    <w:p>
      <w:pPr>
        <w:pStyle w:val="ListBullet"/>
      </w:pPr>
      <w:r>
        <w:t>人工智能人才缺口超 500万（《中国人工智能人才培养报告》）；自然语言处理工程师招聘职位数同比 +126%（智联招聘）。</w:t>
      </w:r>
    </w:p>
    <w:p>
      <w:pPr>
        <w:pStyle w:val="ListBullet"/>
      </w:pPr>
      <w:r>
        <w:t>97 个新兴数字职业平均年薪最高可达 54万元（人社部 2022）。</w:t>
      </w:r>
    </w:p>
    <w:p>
      <w:pPr>
        <w:pStyle w:val="ListBullet"/>
      </w:pPr>
      <w:r>
        <w:t>《职业分类大典（2022）》首次标识 97 个数字职业；2024 年新增后已达 106 个。最新清单以人社部发布为准。</w:t>
      </w:r>
    </w:p>
    <w:p>
      <w:pPr>
        <w:pStyle w:val="Heading1"/>
      </w:pPr>
      <w:r>
        <w:rPr>
          <w:rFonts w:ascii="Microsoft YaHei" w:hAnsi="Microsoft YaHei" w:eastAsia="Microsoft YaHei"/>
        </w:rPr>
        <w:t>五、数据来源</w:t>
      </w:r>
    </w:p>
    <w:p>
      <w:pPr>
        <w:pStyle w:val="ListBullet"/>
      </w:pPr>
      <w:r>
        <w:t>《中华人民共和国职业分类大典（2022年版）》——职业编码与数字职业标识（S）。</w:t>
      </w:r>
    </w:p>
    <w:p>
      <w:pPr>
        <w:pStyle w:val="ListBullet"/>
      </w:pPr>
      <w:r>
        <w:t>人社部等九部门《加快数字人才培育支撑数字经济发展行动方案（2024—2026年）》（2024-04）。</w:t>
      </w:r>
    </w:p>
    <w:p>
      <w:pPr>
        <w:pStyle w:val="ListBullet"/>
      </w:pPr>
      <w:r>
        <w:t>2024-07-31 发布 19 个新职业（9 个数字职业，含生成式人工智能系统应用员 4-04-05-13 S）。</w:t>
      </w:r>
    </w:p>
    <w:p>
      <w:pPr>
        <w:pStyle w:val="ListBullet"/>
      </w:pPr>
      <w:r>
        <w:t>2025-07-22 第七批新职业（生成式人工智能系统测试员工种）。</w:t>
      </w:r>
    </w:p>
    <w:p>
      <w:pPr>
        <w:pStyle w:val="ListBullet"/>
      </w:pPr>
      <w:r>
        <w:t>江苏省人力资源和社会保障厅《2024年度人力资源市场工资价位》（数字经济产业职业细类工资价位）。</w:t>
      </w:r>
    </w:p>
    <w:p>
      <w:pPr>
        <w:pStyle w:val="ListBullet"/>
      </w:pPr>
      <w:r>
        <w:t>智联招聘《中国企业招聘薪酬报告》（2024Q2/Q3）；湖北省人社厅《2024年湖北省技能人才需求职业（工种）参考目录》。</w:t>
      </w:r>
    </w:p>
    <w:p>
      <w:pPr>
        <w:pStyle w:val="ListBullet"/>
      </w:pPr>
      <w:r>
        <w:t>国家职业资格目录（2021年版）：计算机技术与软件专业技术资格（软考，水平评价类，第36项）。</w:t>
      </w:r>
    </w:p>
    <w:p/>
    <w:p>
      <w:r>
        <w:rPr>
          <w:rFonts w:ascii="Microsoft YaHei" w:hAnsi="Microsoft YaHei" w:eastAsia="Microsoft YaHei"/>
          <w:i/>
          <w:sz w:val="18"/>
        </w:rPr>
        <w:t>说明：本速查表由配套数字教材附录 F《职业与资格导航》导出，便于打印/离线使用。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